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0"/>
        </w:rPr>
        <w:t>TANDA TERIMA SURAT</w:t>
      </w:r>
    </w:p>
    <w:p>
      <w:pPr>
        <w:spacing w:after="200"/>
      </w:pPr>
      <w:r>
        <w:rPr>
          <w:b w:val="0"/>
          <w:color w:val="5B6675"/>
          <w:sz w:val="17"/>
        </w:rPr>
        <w:t>Bukti surat atau berkas sudah diterima  ·  Indonesia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PENGIRIM SURAT</w:t>
            </w:r>
          </w:p>
        </w:tc>
        <w:tc>
          <w:tcPr>
            <w:tcW w:type="dxa" w:w="5100"/>
          </w:tcPr>
          <w:p>
            <w:r>
              <w:rPr>
                <w:b/>
              </w:rPr>
              <w:t>YANG MENERIMA</w:t>
            </w:r>
          </w:p>
        </w:tc>
      </w:tr>
      <w:tr>
        <w:tc>
          <w:tcPr>
            <w:tcW w:type="dxa" w:w="5100"/>
          </w:tcPr>
          <w:p>
            <w:r>
              <w:t>[Nama / jabatan]</w:t>
            </w:r>
          </w:p>
        </w:tc>
        <w:tc>
          <w:tcPr>
            <w:tcW w:type="dxa" w:w="5100"/>
          </w:tcPr>
          <w:p>
            <w:r>
              <w:t>[Nama / jabatan]</w:t>
            </w:r>
          </w:p>
        </w:tc>
      </w:tr>
      <w:tr>
        <w:tc>
          <w:tcPr>
            <w:tcW w:type="dxa" w:w="5100"/>
          </w:tcPr>
          <w:p>
            <w:r>
              <w:t>[Nama usaha / instansi]</w:t>
            </w:r>
          </w:p>
        </w:tc>
        <w:tc>
          <w:tcPr>
            <w:tcW w:type="dxa" w:w="5100"/>
          </w:tcPr>
          <w:p>
            <w:r>
              <w:t>[Nama usaha / instansi]</w:t>
            </w:r>
          </w:p>
        </w:tc>
      </w:tr>
      <w:tr>
        <w:tc>
          <w:tcPr>
            <w:tcW w:type="dxa" w:w="5100"/>
          </w:tcPr>
          <w:p>
            <w:r>
              <w:t>[No. HP / WhatsApp]</w:t>
            </w:r>
          </w:p>
        </w:tc>
        <w:tc>
          <w:tcPr>
            <w:tcW w:type="dxa" w:w="5100"/>
          </w:tcPr>
          <w:p>
            <w:r>
              <w:t>[No. HP / WhatsApp]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No. tanda terima</w:t>
            </w:r>
          </w:p>
        </w:tc>
        <w:tc>
          <w:tcPr>
            <w:tcW w:type="dxa" w:w="5100"/>
          </w:tcPr>
          <w:p>
            <w:r>
              <w:t>TT-SRT-2026-0001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Tanggal terima</w:t>
            </w:r>
          </w:p>
        </w:tc>
        <w:tc>
          <w:tcPr>
            <w:tcW w:type="dxa" w:w="5100"/>
          </w:tcPr>
          <w:p>
            <w:r>
              <w:t>[DD/MM/YYYY]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Jam terima</w:t>
            </w:r>
          </w:p>
        </w:tc>
        <w:tc>
          <w:tcPr>
            <w:tcW w:type="dxa" w:w="5100"/>
          </w:tcPr>
          <w:p>
            <w:r>
              <w:t>[HH:MM]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  <w:t>Nomor surat</w:t>
            </w:r>
          </w:p>
        </w:tc>
        <w:tc>
          <w:tcPr>
            <w:tcW w:type="dxa" w:w="2040"/>
          </w:tcPr>
          <w:p>
            <w:r>
              <w:rPr>
                <w:b/>
              </w:rPr>
              <w:t>Perihal</w:t>
            </w:r>
          </w:p>
        </w:tc>
        <w:tc>
          <w:tcPr>
            <w:tcW w:type="dxa" w:w="2040"/>
          </w:tcPr>
          <w:p>
            <w:r>
              <w:rPr>
                <w:b/>
              </w:rPr>
              <w:t>Lampiran</w:t>
            </w:r>
          </w:p>
        </w:tc>
        <w:tc>
          <w:tcPr>
            <w:tcW w:type="dxa" w:w="2040"/>
          </w:tcPr>
          <w:p>
            <w:r>
              <w:rPr>
                <w:b/>
              </w:rPr>
              <w:t>Sifat</w:t>
            </w:r>
          </w:p>
        </w:tc>
        <w:tc>
          <w:tcPr>
            <w:tcW w:type="dxa" w:w="2040"/>
          </w:tcPr>
          <w:p>
            <w:r>
              <w:rPr>
                <w:b/>
              </w:rPr>
              <w:t>Keterangan</w:t>
            </w:r>
          </w:p>
        </w:tc>
      </w:tr>
      <w:tr>
        <w:tc>
          <w:tcPr>
            <w:tcW w:type="dxa" w:w="2040"/>
          </w:tcPr>
          <w:p>
            <w:r>
              <w:t>mis. 014/UND/VII/2026</w:t>
            </w:r>
          </w:p>
        </w:tc>
        <w:tc>
          <w:tcPr>
            <w:tcW w:type="dxa" w:w="2040"/>
          </w:tcPr>
          <w:p>
            <w:r>
              <w:t>Undangan rapat mitra</w:t>
            </w:r>
          </w:p>
        </w:tc>
        <w:tc>
          <w:tcPr>
            <w:tcW w:type="dxa" w:w="2040"/>
          </w:tcPr>
          <w:p>
            <w:r>
              <w:t>1 berkas</w:t>
            </w:r>
          </w:p>
        </w:tc>
        <w:tc>
          <w:tcPr>
            <w:tcW w:type="dxa" w:w="2040"/>
          </w:tcPr>
          <w:p>
            <w:r>
              <w:t>Biasa / Segera</w:t>
            </w:r>
          </w:p>
        </w:tc>
        <w:tc>
          <w:tcPr>
            <w:tcW w:type="dxa" w:w="2040"/>
          </w:tcPr>
          <w:p>
            <w:r>
              <w:t>diterima resepsionis</w:t>
            </w:r>
          </w:p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</w:tbl>
    <w:p>
      <w:pPr>
        <w:spacing w:after="20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Diserahkan oleh</w:t>
            </w:r>
          </w:p>
        </w:tc>
        <w:tc>
          <w:tcPr>
            <w:tcW w:type="dxa" w:w="5100"/>
          </w:tcPr>
          <w:p>
            <w:r>
              <w:rPr>
                <w:b/>
              </w:rPr>
              <w:t>Diterima oleh</w:t>
            </w:r>
          </w:p>
        </w:tc>
      </w:tr>
      <w:tr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</w:tr>
      <w:tr>
        <w:tc>
          <w:tcPr>
            <w:tcW w:type="dxa" w:w="5100"/>
          </w:tcPr>
          <w:p>
            <w:r>
              <w:t>Nama &amp; jabatan jelas</w:t>
            </w:r>
          </w:p>
        </w:tc>
        <w:tc>
          <w:tcPr>
            <w:tcW w:type="dxa" w:w="5100"/>
          </w:tcPr>
          <w:p>
            <w:r>
              <w:t>Nama &amp; jabatan jelas</w:t>
            </w:r>
          </w:p>
        </w:tc>
      </w:tr>
    </w:tbl>
    <w:p>
      <w:pPr>
        <w:spacing w:after="160"/>
      </w:pPr>
      <w:r>
        <w:rPr>
          <w:b w:val="0"/>
          <w:color w:val="0A2540"/>
          <w:sz w:val="20"/>
        </w:rPr>
      </w:r>
    </w:p>
    <w:p>
      <w:pPr>
        <w:spacing w:after="80"/>
      </w:pPr>
      <w:r>
        <w:rPr>
          <w:b w:val="0"/>
          <w:color w:val="B45309"/>
          <w:sz w:val="18"/>
        </w:rPr>
        <w:t>Catatan: Catat JAM terima untuk surat yang ada tenggat. Tanggal saja sering nggak cukup kalau ada yang mempertanyakan surat masuk telat atau nggak.</w:t>
      </w:r>
    </w:p>
    <w:p>
      <w:pPr>
        <w:spacing w:after="240"/>
      </w:pPr>
      <w:r>
        <w:rPr>
          <w:b/>
          <w:color w:val="0A2540"/>
          <w:sz w:val="18"/>
        </w:rPr>
        <w:t>Dibuat 2 rangkap — 1 untuk yang menyerahkan, 1 untuk yang menerima.</w:t>
      </w:r>
    </w:p>
    <w:p>
      <w:pPr>
        <w:spacing w:after="8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