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0"/>
        </w:rPr>
        <w:t>TANDA TERIMA DOKUMEN</w:t>
      </w:r>
    </w:p>
    <w:p>
      <w:pPr>
        <w:spacing w:after="200"/>
      </w:pPr>
      <w:r>
        <w:rPr>
          <w:b w:val="0"/>
          <w:color w:val="5B6675"/>
          <w:sz w:val="17"/>
        </w:rPr>
        <w:t>Bukti dokumen sudah diserahkan dan diterima  ·  Indonesia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>
              <w:rPr>
                <w:b/>
              </w:rPr>
              <w:t>YANG MENYERAHKAN</w:t>
            </w:r>
          </w:p>
        </w:tc>
        <w:tc>
          <w:tcPr>
            <w:tcW w:type="dxa" w:w="5100"/>
          </w:tcPr>
          <w:p>
            <w:r>
              <w:rPr>
                <w:b/>
              </w:rPr>
              <w:t>YANG MENERIMA</w:t>
            </w:r>
          </w:p>
        </w:tc>
      </w:tr>
      <w:tr>
        <w:tc>
          <w:tcPr>
            <w:tcW w:type="dxa" w:w="5100"/>
          </w:tcPr>
          <w:p>
            <w:r>
              <w:t>[Nama / jabatan]</w:t>
            </w:r>
          </w:p>
        </w:tc>
        <w:tc>
          <w:tcPr>
            <w:tcW w:type="dxa" w:w="5100"/>
          </w:tcPr>
          <w:p>
            <w:r>
              <w:t>[Nama / jabatan]</w:t>
            </w:r>
          </w:p>
        </w:tc>
      </w:tr>
      <w:tr>
        <w:tc>
          <w:tcPr>
            <w:tcW w:type="dxa" w:w="5100"/>
          </w:tcPr>
          <w:p>
            <w:r>
              <w:t>[Nama usaha / instansi]</w:t>
            </w:r>
          </w:p>
        </w:tc>
        <w:tc>
          <w:tcPr>
            <w:tcW w:type="dxa" w:w="5100"/>
          </w:tcPr>
          <w:p>
            <w:r>
              <w:t>[Nama usaha / instansi]</w:t>
            </w:r>
          </w:p>
        </w:tc>
      </w:tr>
      <w:tr>
        <w:tc>
          <w:tcPr>
            <w:tcW w:type="dxa" w:w="5100"/>
          </w:tcPr>
          <w:p>
            <w:r>
              <w:t>[No. HP / WhatsApp]</w:t>
            </w:r>
          </w:p>
        </w:tc>
        <w:tc>
          <w:tcPr>
            <w:tcW w:type="dxa" w:w="5100"/>
          </w:tcPr>
          <w:p>
            <w:r>
              <w:t>[No. HP / WhatsApp]</w:t>
            </w:r>
          </w:p>
        </w:tc>
      </w:tr>
    </w:tbl>
    <w:p>
      <w:pPr>
        <w:spacing w:after="120"/>
      </w:pPr>
      <w:r>
        <w:rPr>
          <w:b w:val="0"/>
          <w:color w:val="0A2540"/>
          <w:sz w:val="20"/>
        </w:rPr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>
              <w:rPr>
                <w:b/>
              </w:rPr>
              <w:t>No. tanda terima</w:t>
            </w:r>
          </w:p>
        </w:tc>
        <w:tc>
          <w:tcPr>
            <w:tcW w:type="dxa" w:w="5100"/>
          </w:tcPr>
          <w:p>
            <w:r>
              <w:t>TT-DOK-2026-0001</w:t>
            </w:r>
          </w:p>
        </w:tc>
      </w:tr>
      <w:tr>
        <w:tc>
          <w:tcPr>
            <w:tcW w:type="dxa" w:w="5100"/>
          </w:tcPr>
          <w:p>
            <w:r>
              <w:rPr>
                <w:b/>
              </w:rPr>
              <w:t>Tanggal terima</w:t>
            </w:r>
          </w:p>
        </w:tc>
        <w:tc>
          <w:tcPr>
            <w:tcW w:type="dxa" w:w="5100"/>
          </w:tcPr>
          <w:p>
            <w:r>
              <w:t>[DD/MM/YYYY]</w:t>
            </w:r>
          </w:p>
        </w:tc>
      </w:tr>
      <w:tr>
        <w:tc>
          <w:tcPr>
            <w:tcW w:type="dxa" w:w="5100"/>
          </w:tcPr>
          <w:p>
            <w:r>
              <w:rPr>
                <w:b/>
              </w:rPr>
              <w:t>Keperluan</w:t>
            </w:r>
          </w:p>
        </w:tc>
        <w:tc>
          <w:tcPr>
            <w:tcW w:type="dxa" w:w="5100"/>
          </w:tcPr>
          <w:p>
            <w:r>
              <w:t>[mis. pengajuan kerja sama]</w:t>
            </w:r>
          </w:p>
        </w:tc>
      </w:tr>
    </w:tbl>
    <w:p>
      <w:pPr>
        <w:spacing w:after="120"/>
      </w:pPr>
      <w:r>
        <w:rPr>
          <w:b w:val="0"/>
          <w:color w:val="0A2540"/>
          <w:sz w:val="20"/>
        </w:rPr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2040"/>
          </w:tcPr>
          <w:p>
            <w:r>
              <w:rPr>
                <w:b/>
              </w:rPr>
              <w:t>Nama dokumen</w:t>
            </w:r>
          </w:p>
        </w:tc>
        <w:tc>
          <w:tcPr>
            <w:tcW w:type="dxa" w:w="2040"/>
          </w:tcPr>
          <w:p>
            <w:r>
              <w:rPr>
                <w:b/>
              </w:rPr>
              <w:t>Jumlah</w:t>
            </w:r>
          </w:p>
        </w:tc>
        <w:tc>
          <w:tcPr>
            <w:tcW w:type="dxa" w:w="2040"/>
          </w:tcPr>
          <w:p>
            <w:r>
              <w:rPr>
                <w:b/>
              </w:rPr>
              <w:t>Lembar</w:t>
            </w:r>
          </w:p>
        </w:tc>
        <w:tc>
          <w:tcPr>
            <w:tcW w:type="dxa" w:w="2040"/>
          </w:tcPr>
          <w:p>
            <w:r>
              <w:rPr>
                <w:b/>
              </w:rPr>
              <w:t>Asli / Fotokopi</w:t>
            </w:r>
          </w:p>
        </w:tc>
        <w:tc>
          <w:tcPr>
            <w:tcW w:type="dxa" w:w="2040"/>
          </w:tcPr>
          <w:p>
            <w:r>
              <w:rPr>
                <w:b/>
              </w:rPr>
              <w:t>Keterangan</w:t>
            </w:r>
          </w:p>
        </w:tc>
      </w:tr>
      <w:tr>
        <w:tc>
          <w:tcPr>
            <w:tcW w:type="dxa" w:w="2040"/>
          </w:tcPr>
          <w:p>
            <w:r>
              <w:t>mis. Surat penawaran harga</w:t>
            </w:r>
          </w:p>
        </w:tc>
        <w:tc>
          <w:tcPr>
            <w:tcW w:type="dxa" w:w="2040"/>
          </w:tcPr>
          <w:p>
            <w:r>
              <w:t>1</w:t>
            </w:r>
          </w:p>
        </w:tc>
        <w:tc>
          <w:tcPr>
            <w:tcW w:type="dxa" w:w="2040"/>
          </w:tcPr>
          <w:p>
            <w:r>
              <w:t>3</w:t>
            </w:r>
          </w:p>
        </w:tc>
        <w:tc>
          <w:tcPr>
            <w:tcW w:type="dxa" w:w="2040"/>
          </w:tcPr>
          <w:p>
            <w:r>
              <w:t>Asli</w:t>
            </w:r>
          </w:p>
        </w:tc>
        <w:tc>
          <w:tcPr>
            <w:tcW w:type="dxa" w:w="2040"/>
          </w:tcPr>
          <w:p>
            <w:r>
              <w:t>sudah ditandatangani</w:t>
            </w:r>
          </w:p>
        </w:tc>
      </w:tr>
      <w:tr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</w:tr>
      <w:tr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</w:tr>
      <w:tr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</w:tr>
      <w:tr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</w:tr>
      <w:tr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</w:tr>
      <w:tr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</w:tr>
      <w:tr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</w:tr>
    </w:tbl>
    <w:p>
      <w:pPr>
        <w:spacing w:after="200"/>
      </w:pPr>
      <w:r>
        <w:rPr>
          <w:b w:val="0"/>
          <w:color w:val="0A2540"/>
          <w:sz w:val="20"/>
        </w:rPr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>
              <w:rPr>
                <w:b/>
              </w:rPr>
              <w:t>Diserahkan oleh</w:t>
            </w:r>
          </w:p>
        </w:tc>
        <w:tc>
          <w:tcPr>
            <w:tcW w:type="dxa" w:w="5100"/>
          </w:tcPr>
          <w:p>
            <w:r>
              <w:rPr>
                <w:b/>
              </w:rPr>
              <w:t>Diterima oleh</w:t>
            </w:r>
          </w:p>
        </w:tc>
      </w:tr>
      <w:tr>
        <w:tc>
          <w:tcPr>
            <w:tcW w:type="dxa" w:w="5100"/>
          </w:tcPr>
          <w:p>
            <w:r>
              <w:br/>
              <w:br/>
              <w:t>(______________________)</w:t>
            </w:r>
          </w:p>
        </w:tc>
        <w:tc>
          <w:tcPr>
            <w:tcW w:type="dxa" w:w="5100"/>
          </w:tcPr>
          <w:p>
            <w:r>
              <w:br/>
              <w:br/>
              <w:t>(______________________)</w:t>
            </w:r>
          </w:p>
        </w:tc>
      </w:tr>
      <w:tr>
        <w:tc>
          <w:tcPr>
            <w:tcW w:type="dxa" w:w="5100"/>
          </w:tcPr>
          <w:p>
            <w:r>
              <w:t>Nama &amp; jabatan jelas</w:t>
            </w:r>
          </w:p>
        </w:tc>
        <w:tc>
          <w:tcPr>
            <w:tcW w:type="dxa" w:w="5100"/>
          </w:tcPr>
          <w:p>
            <w:r>
              <w:t>Nama &amp; jabatan jelas</w:t>
            </w:r>
          </w:p>
        </w:tc>
      </w:tr>
    </w:tbl>
    <w:p>
      <w:pPr>
        <w:spacing w:after="160"/>
      </w:pPr>
      <w:r>
        <w:rPr>
          <w:b w:val="0"/>
          <w:color w:val="0A2540"/>
          <w:sz w:val="20"/>
        </w:rPr>
      </w:r>
    </w:p>
    <w:p>
      <w:pPr>
        <w:spacing w:after="80"/>
      </w:pPr>
      <w:r>
        <w:rPr>
          <w:b w:val="0"/>
          <w:color w:val="B45309"/>
          <w:sz w:val="18"/>
        </w:rPr>
        <w:t>Catatan: Tulis jumlah LEMBAR, bukan cuma jumlah dokumen. Kalau nanti ada yang hilang, jumlah lembar inilah yang jadi pegangan kamu.</w:t>
      </w:r>
    </w:p>
    <w:p>
      <w:pPr>
        <w:spacing w:after="240"/>
      </w:pPr>
      <w:r>
        <w:rPr>
          <w:b/>
          <w:color w:val="0A2540"/>
          <w:sz w:val="18"/>
        </w:rPr>
        <w:t>Dibuat 2 rangkap — 1 untuk yang menyerahkan, 1 untuk yang menerima.</w:t>
      </w:r>
    </w:p>
    <w:p>
      <w:pPr>
        <w:spacing w:after="80"/>
        <w:jc w:val="center"/>
      </w:pPr>
      <w:r>
        <w:rPr>
          <w:b w:val="0"/>
          <w:color w:val="5B6675"/>
          <w:sz w:val="16"/>
        </w:rPr>
        <w:t>Template gratis dari Niagawan — niagawan.com</w:t>
      </w:r>
    </w:p>
    <w:sectPr w:rsidR="00FC693F" w:rsidRPr="0006063C" w:rsidSect="00034616">
      <w:pgSz w:w="12240" w:h="15840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