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0"/>
        </w:rPr>
        <w:t>TANDA TERIMA BARANG</w:t>
      </w:r>
    </w:p>
    <w:p>
      <w:pPr>
        <w:spacing w:after="200"/>
      </w:pPr>
      <w:r>
        <w:rPr>
          <w:b w:val="0"/>
          <w:color w:val="5B6675"/>
          <w:sz w:val="17"/>
        </w:rPr>
        <w:t>Bukti barang sudah diserahkan dan diterima  ·  Indonesia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YANG MENYERAHKAN</w:t>
            </w:r>
          </w:p>
        </w:tc>
        <w:tc>
          <w:tcPr>
            <w:tcW w:type="dxa" w:w="5100"/>
          </w:tcPr>
          <w:p>
            <w:r>
              <w:rPr>
                <w:b/>
              </w:rPr>
              <w:t>YANG MENERIMA</w:t>
            </w:r>
          </w:p>
        </w:tc>
      </w:tr>
      <w:tr>
        <w:tc>
          <w:tcPr>
            <w:tcW w:type="dxa" w:w="5100"/>
          </w:tcPr>
          <w:p>
            <w:r>
              <w:t>[Nama / jabatan]</w:t>
            </w:r>
          </w:p>
        </w:tc>
        <w:tc>
          <w:tcPr>
            <w:tcW w:type="dxa" w:w="5100"/>
          </w:tcPr>
          <w:p>
            <w:r>
              <w:t>[Nama / jabatan]</w:t>
            </w:r>
          </w:p>
        </w:tc>
      </w:tr>
      <w:tr>
        <w:tc>
          <w:tcPr>
            <w:tcW w:type="dxa" w:w="5100"/>
          </w:tcPr>
          <w:p>
            <w:r>
              <w:t>[Nama usaha / instansi]</w:t>
            </w:r>
          </w:p>
        </w:tc>
        <w:tc>
          <w:tcPr>
            <w:tcW w:type="dxa" w:w="5100"/>
          </w:tcPr>
          <w:p>
            <w:r>
              <w:t>[Nama usaha / instansi]</w:t>
            </w:r>
          </w:p>
        </w:tc>
      </w:tr>
      <w:tr>
        <w:tc>
          <w:tcPr>
            <w:tcW w:type="dxa" w:w="5100"/>
          </w:tcPr>
          <w:p>
            <w:r>
              <w:t>[No. HP / WhatsApp]</w:t>
            </w:r>
          </w:p>
        </w:tc>
        <w:tc>
          <w:tcPr>
            <w:tcW w:type="dxa" w:w="5100"/>
          </w:tcPr>
          <w:p>
            <w:r>
              <w:t>[No. HP / WhatsApp]</w:t>
            </w:r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No. tanda terima</w:t>
            </w:r>
          </w:p>
        </w:tc>
        <w:tc>
          <w:tcPr>
            <w:tcW w:type="dxa" w:w="5100"/>
          </w:tcPr>
          <w:p>
            <w:r>
              <w:t>TT-BRG-2026-0001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Tanggal terima</w:t>
            </w:r>
          </w:p>
        </w:tc>
        <w:tc>
          <w:tcPr>
            <w:tcW w:type="dxa" w:w="5100"/>
          </w:tcPr>
          <w:p>
            <w:r>
              <w:t>[DD/MM/YYYY]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Keperluan</w:t>
            </w:r>
          </w:p>
        </w:tc>
        <w:tc>
          <w:tcPr>
            <w:tcW w:type="dxa" w:w="5100"/>
          </w:tcPr>
          <w:p>
            <w:r>
              <w:t>[mis. serah terima stok titipan]</w:t>
            </w:r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rPr>
                <w:b/>
              </w:rPr>
              <w:t>Nama barang</w:t>
            </w:r>
          </w:p>
        </w:tc>
        <w:tc>
          <w:tcPr>
            <w:tcW w:type="dxa" w:w="2040"/>
          </w:tcPr>
          <w:p>
            <w:r>
              <w:rPr>
                <w:b/>
              </w:rPr>
              <w:t>Jumlah</w:t>
            </w:r>
          </w:p>
        </w:tc>
        <w:tc>
          <w:tcPr>
            <w:tcW w:type="dxa" w:w="2040"/>
          </w:tcPr>
          <w:p>
            <w:r>
              <w:rPr>
                <w:b/>
              </w:rPr>
              <w:t>Satuan</w:t>
            </w:r>
          </w:p>
        </w:tc>
        <w:tc>
          <w:tcPr>
            <w:tcW w:type="dxa" w:w="2040"/>
          </w:tcPr>
          <w:p>
            <w:r>
              <w:rPr>
                <w:b/>
              </w:rPr>
              <w:t>Kondisi saat diterima</w:t>
            </w:r>
          </w:p>
        </w:tc>
        <w:tc>
          <w:tcPr>
            <w:tcW w:type="dxa" w:w="2040"/>
          </w:tcPr>
          <w:p>
            <w:r>
              <w:rPr>
                <w:b/>
              </w:rPr>
              <w:t>Keterangan</w:t>
            </w:r>
          </w:p>
        </w:tc>
      </w:tr>
      <w:tr>
        <w:tc>
          <w:tcPr>
            <w:tcW w:type="dxa" w:w="2040"/>
          </w:tcPr>
          <w:p>
            <w:r>
              <w:t>mis. Kursi plastik merah</w:t>
            </w:r>
          </w:p>
        </w:tc>
        <w:tc>
          <w:tcPr>
            <w:tcW w:type="dxa" w:w="2040"/>
          </w:tcPr>
          <w:p>
            <w:r>
              <w:t>12</w:t>
            </w:r>
          </w:p>
        </w:tc>
        <w:tc>
          <w:tcPr>
            <w:tcW w:type="dxa" w:w="2040"/>
          </w:tcPr>
          <w:p>
            <w:r>
              <w:t>pcs</w:t>
            </w:r>
          </w:p>
        </w:tc>
        <w:tc>
          <w:tcPr>
            <w:tcW w:type="dxa" w:w="2040"/>
          </w:tcPr>
          <w:p>
            <w:r>
              <w:t>Baik / utuh</w:t>
            </w:r>
          </w:p>
        </w:tc>
        <w:tc>
          <w:tcPr>
            <w:tcW w:type="dxa" w:w="2040"/>
          </w:tcPr>
          <w:p>
            <w:r>
              <w:t>1 pcs lecet ringan</w:t>
            </w:r>
          </w:p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</w:tbl>
    <w:p>
      <w:pPr>
        <w:spacing w:after="20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Diserahkan oleh</w:t>
            </w:r>
          </w:p>
        </w:tc>
        <w:tc>
          <w:tcPr>
            <w:tcW w:type="dxa" w:w="5100"/>
          </w:tcPr>
          <w:p>
            <w:r>
              <w:rPr>
                <w:b/>
              </w:rPr>
              <w:t>Diterima oleh</w:t>
            </w:r>
          </w:p>
        </w:tc>
      </w:tr>
      <w:tr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</w:tr>
      <w:tr>
        <w:tc>
          <w:tcPr>
            <w:tcW w:type="dxa" w:w="5100"/>
          </w:tcPr>
          <w:p>
            <w:r>
              <w:t>Nama &amp; jabatan jelas</w:t>
            </w:r>
          </w:p>
        </w:tc>
        <w:tc>
          <w:tcPr>
            <w:tcW w:type="dxa" w:w="5100"/>
          </w:tcPr>
          <w:p>
            <w:r>
              <w:t>Nama &amp; jabatan jelas</w:t>
            </w:r>
          </w:p>
        </w:tc>
      </w:tr>
    </w:tbl>
    <w:p>
      <w:pPr>
        <w:spacing w:after="160"/>
      </w:pPr>
      <w:r>
        <w:rPr>
          <w:b w:val="0"/>
          <w:color w:val="0A2540"/>
          <w:sz w:val="20"/>
        </w:rPr>
      </w:r>
    </w:p>
    <w:p>
      <w:pPr>
        <w:spacing w:after="80"/>
      </w:pPr>
      <w:r>
        <w:rPr>
          <w:b w:val="0"/>
          <w:color w:val="B45309"/>
          <w:sz w:val="18"/>
        </w:rPr>
        <w:t>Catatan: Kolom KONDISI itu yang paling sering dikosongkan — dan paling sering bikin ribut. Cek barangnya dulu, baru tanda tangan.</w:t>
      </w:r>
    </w:p>
    <w:p>
      <w:pPr>
        <w:spacing w:after="240"/>
      </w:pPr>
      <w:r>
        <w:rPr>
          <w:b/>
          <w:color w:val="0A2540"/>
          <w:sz w:val="18"/>
        </w:rPr>
        <w:t>Dibuat 2 rangkap — 1 untuk yang menyerahkan, 1 untuk yang menerima.</w:t>
      </w:r>
    </w:p>
    <w:p>
      <w:pPr>
        <w:spacing w:after="80"/>
        <w:jc w:val="center"/>
      </w:pPr>
      <w:r>
        <w:rPr>
          <w:b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