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i w:val="0"/>
          <w:color w:val="0A6FB0"/>
          <w:sz w:val="30"/>
        </w:rPr>
        <w:t>[NAMA USAHA KAMU]</w:t>
      </w:r>
    </w:p>
    <w:p>
      <w:pPr>
        <w:spacing w:after="20"/>
        <w:jc w:val="center"/>
      </w:pPr>
      <w:r>
        <w:rPr>
          <w:b w:val="0"/>
          <w:i w:val="0"/>
          <w:color w:val="5B6675"/>
          <w:sz w:val="18"/>
        </w:rPr>
        <w:t>[Alamat lengkap]</w:t>
      </w:r>
    </w:p>
    <w:p>
      <w:pPr>
        <w:spacing w:after="20"/>
        <w:jc w:val="center"/>
      </w:pPr>
      <w:r>
        <w:rPr>
          <w:b w:val="0"/>
          <w:i w:val="0"/>
          <w:color w:val="5B6675"/>
          <w:sz w:val="18"/>
        </w:rPr>
        <w:t>Telp/WA: [nomor]  ·  Email: [email]</w:t>
      </w:r>
    </w:p>
    <w:p>
      <w:pPr>
        <w:spacing w:after="200"/>
      </w:pPr>
      <w:r>
        <w:t>________________________________________________________________________________________</w:t>
      </w:r>
    </w:p>
    <w:p>
      <w:pPr>
        <w:spacing w:after="200"/>
        <w:jc w:val="right"/>
      </w:pPr>
      <w:r>
        <w:rPr>
          <w:b w:val="0"/>
          <w:i w:val="0"/>
          <w:color w:val="0A2540"/>
          <w:sz w:val="21"/>
        </w:rPr>
        <w:t>[Kota], [DD Bulan YYYY]</w:t>
      </w:r>
    </w:p>
    <w:p>
      <w:pPr>
        <w:spacing w:after="20"/>
      </w:pPr>
      <w:r>
        <w:rPr>
          <w:sz w:val="21"/>
        </w:rPr>
        <w:t xml:space="preserve">Nomor       : </w:t>
      </w:r>
      <w:r>
        <w:rPr>
          <w:b w:val="0"/>
          <w:sz w:val="21"/>
        </w:rPr>
        <w:t>[001/SPPH/[NAMA]/[BULAN]/[TAHUN]]</w:t>
      </w:r>
    </w:p>
    <w:p>
      <w:pPr>
        <w:spacing w:after="20"/>
      </w:pPr>
      <w:r>
        <w:rPr>
          <w:sz w:val="21"/>
        </w:rPr>
        <w:t xml:space="preserve">Lampiran    : </w:t>
      </w:r>
      <w:r>
        <w:rPr>
          <w:b w:val="0"/>
          <w:sz w:val="21"/>
        </w:rPr>
        <w:t>[- / 1 berkas spesifikasi]</w:t>
      </w:r>
    </w:p>
    <w:p>
      <w:pPr>
        <w:spacing w:after="20"/>
      </w:pPr>
      <w:r>
        <w:rPr>
          <w:sz w:val="21"/>
        </w:rPr>
        <w:t xml:space="preserve">Hal         : </w:t>
      </w:r>
      <w:r>
        <w:rPr>
          <w:b/>
          <w:sz w:val="21"/>
        </w:rPr>
        <w:t>Permintaan Penawaran Harga [nama barang atau jasa]</w:t>
      </w:r>
    </w:p>
    <w:p>
      <w:pPr>
        <w:spacing w:after="160"/>
      </w:pPr>
      <w:r>
        <w:rPr>
          <w:b w:val="0"/>
          <w:i w:val="0"/>
          <w:color w:val="0A2540"/>
          <w:sz w:val="22"/>
        </w:rPr>
      </w:r>
    </w:p>
    <w:p>
      <w:pPr>
        <w:spacing w:after="20"/>
      </w:pPr>
      <w:r>
        <w:rPr>
          <w:b/>
          <w:i w:val="0"/>
          <w:color w:val="0A2540"/>
          <w:sz w:val="21"/>
        </w:rPr>
        <w:t>Kepada Yth.</w:t>
      </w:r>
    </w:p>
    <w:p>
      <w:pPr>
        <w:spacing w:after="20"/>
      </w:pPr>
      <w:r>
        <w:rPr>
          <w:b w:val="0"/>
          <w:i w:val="0"/>
          <w:color w:val="0A2540"/>
          <w:sz w:val="21"/>
        </w:rPr>
        <w:t>[Bagian Penjualan / Marketing]</w:t>
      </w:r>
    </w:p>
    <w:p>
      <w:pPr>
        <w:spacing w:after="20"/>
      </w:pPr>
      <w:r>
        <w:rPr>
          <w:b w:val="0"/>
          <w:i w:val="0"/>
          <w:color w:val="0A2540"/>
          <w:sz w:val="21"/>
        </w:rPr>
        <w:t>[Nama perusahaan pemasok]</w:t>
      </w:r>
    </w:p>
    <w:p>
      <w:pPr>
        <w:spacing w:after="20"/>
      </w:pPr>
      <w:r>
        <w:rPr>
          <w:b w:val="0"/>
          <w:i w:val="0"/>
          <w:color w:val="0A2540"/>
          <w:sz w:val="21"/>
        </w:rPr>
        <w:t>[Alamat]</w:t>
      </w:r>
    </w:p>
    <w:p>
      <w:pPr>
        <w:spacing w:after="20"/>
      </w:pPr>
      <w:r>
        <w:rPr>
          <w:b w:val="0"/>
          <w:i w:val="0"/>
          <w:color w:val="0A2540"/>
          <w:sz w:val="21"/>
        </w:rPr>
        <w:t>di tempat</w:t>
      </w:r>
    </w:p>
    <w:p>
      <w:pPr>
        <w:spacing w:after="160"/>
      </w:pPr>
      <w:r>
        <w:rPr>
          <w:b w:val="0"/>
          <w:i w:val="0"/>
          <w:color w:val="0A2540"/>
          <w:sz w:val="22"/>
        </w:rPr>
      </w:r>
    </w:p>
    <w:p>
      <w:pPr>
        <w:spacing w:after="160"/>
      </w:pPr>
      <w:r>
        <w:rPr>
          <w:b w:val="0"/>
          <w:i w:val="0"/>
          <w:color w:val="0A2540"/>
          <w:sz w:val="22"/>
        </w:rPr>
        <w:t>Dengan hormat,</w:t>
      </w:r>
    </w:p>
    <w:p>
      <w:pPr>
        <w:spacing w:after="200"/>
      </w:pPr>
      <w:r>
        <w:rPr>
          <w:b w:val="0"/>
          <w:i w:val="0"/>
          <w:color w:val="0A2540"/>
          <w:sz w:val="22"/>
        </w:rPr>
        <w:t>Dalam rangka [pengadaan / kebutuhan operasional] usaha kami, dengan ini kami meminta penawaran harga untuk barang/jasa dengan rincian berikut:</w:t>
      </w:r>
    </w:p>
    <w:tbl>
      <w:tblPr>
        <w:tblStyle w:val="TableGrid"/>
        <w:tblW w:type="auto" w:w="0"/>
        <w:tblLook w:firstColumn="1" w:firstRow="1" w:lastColumn="0" w:lastRow="0" w:noHBand="0" w:noVBand="1" w:val="04A0"/>
      </w:tblPr>
      <w:tblGrid>
        <w:gridCol w:w="1680"/>
        <w:gridCol w:w="1680"/>
        <w:gridCol w:w="1680"/>
        <w:gridCol w:w="1680"/>
        <w:gridCol w:w="1680"/>
        <w:gridCol w:w="1680"/>
      </w:tblGrid>
      <w:tr>
        <w:tc>
          <w:tcPr>
            <w:tcW w:type="dxa" w:w="1680"/>
          </w:tcPr>
          <w:p>
            <w:r>
              <w:rPr>
                <w:b/>
                <w:sz w:val="19"/>
              </w:rPr>
              <w:t>No</w:t>
            </w:r>
          </w:p>
        </w:tc>
        <w:tc>
          <w:tcPr>
            <w:tcW w:type="dxa" w:w="1680"/>
          </w:tcPr>
          <w:p>
            <w:r>
              <w:rPr>
                <w:b/>
                <w:sz w:val="19"/>
              </w:rPr>
              <w:t>Nama barang / jasa</w:t>
            </w:r>
          </w:p>
        </w:tc>
        <w:tc>
          <w:tcPr>
            <w:tcW w:type="dxa" w:w="1680"/>
          </w:tcPr>
          <w:p>
            <w:r>
              <w:rPr>
                <w:b/>
                <w:sz w:val="19"/>
              </w:rPr>
              <w:t>Jumlah</w:t>
            </w:r>
          </w:p>
        </w:tc>
        <w:tc>
          <w:tcPr>
            <w:tcW w:type="dxa" w:w="1680"/>
          </w:tcPr>
          <w:p>
            <w:r>
              <w:rPr>
                <w:b/>
                <w:sz w:val="19"/>
              </w:rPr>
              <w:t>Satuan</w:t>
            </w:r>
          </w:p>
        </w:tc>
        <w:tc>
          <w:tcPr>
            <w:tcW w:type="dxa" w:w="1680"/>
          </w:tcPr>
          <w:p>
            <w:r>
              <w:rPr>
                <w:b/>
                <w:sz w:val="19"/>
              </w:rPr>
              <w:t>Harga satuan (Rp)</w:t>
            </w:r>
          </w:p>
        </w:tc>
        <w:tc>
          <w:tcPr>
            <w:tcW w:type="dxa" w:w="1680"/>
          </w:tcPr>
          <w:p>
            <w:r>
              <w:rPr>
                <w:b/>
                <w:sz w:val="19"/>
              </w:rPr>
              <w:t>Total (Rp)</w:t>
            </w:r>
          </w:p>
        </w:tc>
      </w:tr>
      <w:tr>
        <w:tc>
          <w:tcPr>
            <w:tcW w:type="dxa" w:w="1680"/>
          </w:tcPr>
          <w:p>
            <w:r>
              <w:rPr>
                <w:sz w:val="19"/>
              </w:rPr>
              <w:t>1</w:t>
            </w:r>
          </w:p>
        </w:tc>
        <w:tc>
          <w:tcPr>
            <w:tcW w:type="dxa" w:w="1680"/>
          </w:tcPr>
          <w:p/>
        </w:tc>
        <w:tc>
          <w:tcPr>
            <w:tcW w:type="dxa" w:w="1680"/>
          </w:tcPr>
          <w:p/>
        </w:tc>
        <w:tc>
          <w:tcPr>
            <w:tcW w:type="dxa" w:w="1680"/>
          </w:tcPr>
          <w:p/>
        </w:tc>
        <w:tc>
          <w:tcPr>
            <w:tcW w:type="dxa" w:w="1680"/>
          </w:tcPr>
          <w:p/>
        </w:tc>
        <w:tc>
          <w:tcPr>
            <w:tcW w:type="dxa" w:w="1680"/>
          </w:tcPr>
          <w:p/>
        </w:tc>
      </w:tr>
      <w:tr>
        <w:tc>
          <w:tcPr>
            <w:tcW w:type="dxa" w:w="1680"/>
          </w:tcPr>
          <w:p>
            <w:r>
              <w:rPr>
                <w:sz w:val="19"/>
              </w:rPr>
              <w:t>2</w:t>
            </w:r>
          </w:p>
        </w:tc>
        <w:tc>
          <w:tcPr>
            <w:tcW w:type="dxa" w:w="1680"/>
          </w:tcPr>
          <w:p/>
        </w:tc>
        <w:tc>
          <w:tcPr>
            <w:tcW w:type="dxa" w:w="1680"/>
          </w:tcPr>
          <w:p/>
        </w:tc>
        <w:tc>
          <w:tcPr>
            <w:tcW w:type="dxa" w:w="1680"/>
          </w:tcPr>
          <w:p/>
        </w:tc>
        <w:tc>
          <w:tcPr>
            <w:tcW w:type="dxa" w:w="1680"/>
          </w:tcPr>
          <w:p/>
        </w:tc>
        <w:tc>
          <w:tcPr>
            <w:tcW w:type="dxa" w:w="1680"/>
          </w:tcPr>
          <w:p/>
        </w:tc>
      </w:tr>
      <w:tr>
        <w:tc>
          <w:tcPr>
            <w:tcW w:type="dxa" w:w="1680"/>
          </w:tcPr>
          <w:p>
            <w:r>
              <w:rPr>
                <w:sz w:val="19"/>
              </w:rPr>
              <w:t>3</w:t>
            </w:r>
          </w:p>
        </w:tc>
        <w:tc>
          <w:tcPr>
            <w:tcW w:type="dxa" w:w="1680"/>
          </w:tcPr>
          <w:p/>
        </w:tc>
        <w:tc>
          <w:tcPr>
            <w:tcW w:type="dxa" w:w="1680"/>
          </w:tcPr>
          <w:p/>
        </w:tc>
        <w:tc>
          <w:tcPr>
            <w:tcW w:type="dxa" w:w="1680"/>
          </w:tcPr>
          <w:p/>
        </w:tc>
        <w:tc>
          <w:tcPr>
            <w:tcW w:type="dxa" w:w="1680"/>
          </w:tcPr>
          <w:p/>
        </w:tc>
        <w:tc>
          <w:tcPr>
            <w:tcW w:type="dxa" w:w="1680"/>
          </w:tcPr>
          <w:p/>
        </w:tc>
      </w:tr>
      <w:tr>
        <w:tc>
          <w:tcPr>
            <w:tcW w:type="dxa" w:w="1680"/>
          </w:tcPr>
          <w:p>
            <w:r>
              <w:rPr>
                <w:sz w:val="19"/>
              </w:rPr>
              <w:t>4</w:t>
            </w:r>
          </w:p>
        </w:tc>
        <w:tc>
          <w:tcPr>
            <w:tcW w:type="dxa" w:w="1680"/>
          </w:tcPr>
          <w:p/>
        </w:tc>
        <w:tc>
          <w:tcPr>
            <w:tcW w:type="dxa" w:w="1680"/>
          </w:tcPr>
          <w:p/>
        </w:tc>
        <w:tc>
          <w:tcPr>
            <w:tcW w:type="dxa" w:w="1680"/>
          </w:tcPr>
          <w:p/>
        </w:tc>
        <w:tc>
          <w:tcPr>
            <w:tcW w:type="dxa" w:w="1680"/>
          </w:tcPr>
          <w:p/>
        </w:tc>
        <w:tc>
          <w:tcPr>
            <w:tcW w:type="dxa" w:w="1680"/>
          </w:tcPr>
          <w:p/>
        </w:tc>
      </w:tr>
      <w:tr>
        <w:tc>
          <w:tcPr>
            <w:tcW w:type="dxa" w:w="1680"/>
          </w:tcPr>
          <w:p>
            <w:r>
              <w:rPr>
                <w:sz w:val="19"/>
              </w:rPr>
              <w:t>5</w:t>
            </w:r>
          </w:p>
        </w:tc>
        <w:tc>
          <w:tcPr>
            <w:tcW w:type="dxa" w:w="1680"/>
          </w:tcPr>
          <w:p/>
        </w:tc>
        <w:tc>
          <w:tcPr>
            <w:tcW w:type="dxa" w:w="1680"/>
          </w:tcPr>
          <w:p/>
        </w:tc>
        <w:tc>
          <w:tcPr>
            <w:tcW w:type="dxa" w:w="1680"/>
          </w:tcPr>
          <w:p/>
        </w:tc>
        <w:tc>
          <w:tcPr>
            <w:tcW w:type="dxa" w:w="1680"/>
          </w:tcPr>
          <w:p/>
        </w:tc>
        <w:tc>
          <w:tcPr>
            <w:tcW w:type="dxa" w:w="1680"/>
          </w:tcPr>
          <w:p/>
        </w:tc>
      </w:tr>
      <w:tr>
        <w:tc>
          <w:tcPr>
            <w:tcW w:type="dxa" w:w="1680"/>
          </w:tcPr>
          <w:p>
            <w:r>
              <w:rPr>
                <w:sz w:val="19"/>
              </w:rPr>
              <w:t>6</w:t>
            </w:r>
          </w:p>
        </w:tc>
        <w:tc>
          <w:tcPr>
            <w:tcW w:type="dxa" w:w="1680"/>
          </w:tcPr>
          <w:p/>
        </w:tc>
        <w:tc>
          <w:tcPr>
            <w:tcW w:type="dxa" w:w="1680"/>
          </w:tcPr>
          <w:p/>
        </w:tc>
        <w:tc>
          <w:tcPr>
            <w:tcW w:type="dxa" w:w="1680"/>
          </w:tcPr>
          <w:p/>
        </w:tc>
        <w:tc>
          <w:tcPr>
            <w:tcW w:type="dxa" w:w="1680"/>
          </w:tcPr>
          <w:p/>
        </w:tc>
        <w:tc>
          <w:tcPr>
            <w:tcW w:type="dxa" w:w="1680"/>
          </w:tcPr>
          <w:p/>
        </w:tc>
      </w:tr>
      <w:tr>
        <w:tc>
          <w:tcPr>
            <w:tcW w:type="dxa" w:w="1680"/>
          </w:tcPr>
          <w:p>
            <w:r>
              <w:rPr>
                <w:sz w:val="19"/>
              </w:rPr>
              <w:t>7</w:t>
            </w:r>
          </w:p>
        </w:tc>
        <w:tc>
          <w:tcPr>
            <w:tcW w:type="dxa" w:w="1680"/>
          </w:tcPr>
          <w:p/>
        </w:tc>
        <w:tc>
          <w:tcPr>
            <w:tcW w:type="dxa" w:w="1680"/>
          </w:tcPr>
          <w:p/>
        </w:tc>
        <w:tc>
          <w:tcPr>
            <w:tcW w:type="dxa" w:w="1680"/>
          </w:tcPr>
          <w:p/>
        </w:tc>
        <w:tc>
          <w:tcPr>
            <w:tcW w:type="dxa" w:w="1680"/>
          </w:tcPr>
          <w:p/>
        </w:tc>
        <w:tc>
          <w:tcPr>
            <w:tcW w:type="dxa" w:w="1680"/>
          </w:tcPr>
          <w:p/>
        </w:tc>
      </w:tr>
      <w:tr>
        <w:tc>
          <w:tcPr>
            <w:tcW w:type="dxa" w:w="1680"/>
          </w:tcPr>
          <w:p/>
        </w:tc>
        <w:tc>
          <w:tcPr>
            <w:tcW w:type="dxa" w:w="1680"/>
          </w:tcPr>
          <w:p/>
        </w:tc>
        <w:tc>
          <w:tcPr>
            <w:tcW w:type="dxa" w:w="1680"/>
          </w:tcPr>
          <w:p/>
        </w:tc>
        <w:tc>
          <w:tcPr>
            <w:tcW w:type="dxa" w:w="1680"/>
          </w:tcPr>
          <w:p/>
        </w:tc>
        <w:tc>
          <w:tcPr>
            <w:tcW w:type="dxa" w:w="1680"/>
          </w:tcPr>
          <w:p>
            <w:r>
              <w:rPr>
                <w:b/>
                <w:sz w:val="19"/>
              </w:rPr>
              <w:t>Subtotal</w:t>
            </w:r>
          </w:p>
        </w:tc>
        <w:tc>
          <w:tcPr>
            <w:tcW w:type="dxa" w:w="1680"/>
          </w:tcPr>
          <w:p/>
        </w:tc>
      </w:tr>
      <w:tr>
        <w:tc>
          <w:tcPr>
            <w:tcW w:type="dxa" w:w="1680"/>
          </w:tcPr>
          <w:p/>
        </w:tc>
        <w:tc>
          <w:tcPr>
            <w:tcW w:type="dxa" w:w="1680"/>
          </w:tcPr>
          <w:p/>
        </w:tc>
        <w:tc>
          <w:tcPr>
            <w:tcW w:type="dxa" w:w="1680"/>
          </w:tcPr>
          <w:p/>
        </w:tc>
        <w:tc>
          <w:tcPr>
            <w:tcW w:type="dxa" w:w="1680"/>
          </w:tcPr>
          <w:p/>
        </w:tc>
        <w:tc>
          <w:tcPr>
            <w:tcW w:type="dxa" w:w="1680"/>
          </w:tcPr>
          <w:p>
            <w:r>
              <w:rPr>
                <w:b/>
                <w:sz w:val="19"/>
              </w:rPr>
              <w:t>TOTAL</w:t>
            </w:r>
          </w:p>
        </w:tc>
        <w:tc>
          <w:tcPr>
            <w:tcW w:type="dxa" w:w="1680"/>
          </w:tcPr>
          <w:p/>
        </w:tc>
      </w:tr>
    </w:tbl>
    <w:p>
      <w:pPr>
        <w:spacing w:after="200"/>
      </w:pPr>
      <w:r>
        <w:rPr>
          <w:b w:val="0"/>
          <w:i w:val="0"/>
          <w:color w:val="0A2540"/>
          <w:sz w:val="22"/>
        </w:rPr>
      </w:r>
    </w:p>
    <w:p>
      <w:pPr>
        <w:spacing w:after="80"/>
      </w:pPr>
      <w:r>
        <w:rPr>
          <w:b/>
          <w:i w:val="0"/>
          <w:color w:val="0A6FB0"/>
          <w:sz w:val="22"/>
        </w:rPr>
        <w:t>Ketentuan permintaan penawaran</w:t>
      </w:r>
    </w:p>
    <w:tbl>
      <w:tblPr>
        <w:tblStyle w:val="TableGrid"/>
        <w:tblW w:type="auto" w:w="0"/>
        <w:tblLook w:firstColumn="1" w:firstRow="1" w:lastColumn="0" w:lastRow="0" w:noHBand="0" w:noVBand="1" w:val="04A0"/>
      </w:tblPr>
      <w:tblGrid>
        <w:gridCol w:w="5040"/>
        <w:gridCol w:w="5040"/>
      </w:tblGrid>
      <w:tr>
        <w:tc>
          <w:tcPr>
            <w:tcW w:type="dxa" w:w="5040"/>
          </w:tcPr>
          <w:p>
            <w:r>
              <w:rPr>
                <w:b/>
                <w:sz w:val="19"/>
              </w:rPr>
              <w:t>Penawaran kami tunggu paling lambat</w:t>
            </w:r>
          </w:p>
        </w:tc>
        <w:tc>
          <w:tcPr>
            <w:tcW w:type="dxa" w:w="5040"/>
          </w:tcPr>
          <w:p>
            <w:r>
              <w:rPr>
                <w:sz w:val="19"/>
              </w:rPr>
              <w:t>[DD Bulan YYYY]</w:t>
            </w:r>
          </w:p>
        </w:tc>
      </w:tr>
      <w:tr>
        <w:tc>
          <w:tcPr>
            <w:tcW w:type="dxa" w:w="5040"/>
          </w:tcPr>
          <w:p>
            <w:r>
              <w:rPr>
                <w:b/>
                <w:sz w:val="19"/>
              </w:rPr>
              <w:t>Mohon cantumkan</w:t>
            </w:r>
          </w:p>
        </w:tc>
        <w:tc>
          <w:tcPr>
            <w:tcW w:type="dxa" w:w="5040"/>
          </w:tcPr>
          <w:p>
            <w:r>
              <w:rPr>
                <w:sz w:val="19"/>
              </w:rPr>
              <w:t>Harga satuan, potongan untuk jumlah besar, dan total</w:t>
            </w:r>
          </w:p>
        </w:tc>
      </w:tr>
      <w:tr>
        <w:tc>
          <w:tcPr>
            <w:tcW w:type="dxa" w:w="5040"/>
          </w:tcPr>
          <w:p>
            <w:r>
              <w:rPr>
                <w:b/>
                <w:sz w:val="19"/>
              </w:rPr>
              <w:t>Mohon cantumkan juga</w:t>
            </w:r>
          </w:p>
        </w:tc>
        <w:tc>
          <w:tcPr>
            <w:tcW w:type="dxa" w:w="5040"/>
          </w:tcPr>
          <w:p>
            <w:r>
              <w:rPr>
                <w:sz w:val="19"/>
              </w:rPr>
              <w:t>Masa berlaku harga dan lama pengiriman</w:t>
            </w:r>
          </w:p>
        </w:tc>
      </w:tr>
      <w:tr>
        <w:tc>
          <w:tcPr>
            <w:tcW w:type="dxa" w:w="5040"/>
          </w:tcPr>
          <w:p>
            <w:r>
              <w:rPr>
                <w:b/>
                <w:sz w:val="19"/>
              </w:rPr>
              <w:t>Cara pembayaran yang kami harapkan</w:t>
            </w:r>
          </w:p>
        </w:tc>
        <w:tc>
          <w:tcPr>
            <w:tcW w:type="dxa" w:w="5040"/>
          </w:tcPr>
          <w:p>
            <w:r>
              <w:rPr>
                <w:sz w:val="19"/>
              </w:rPr>
              <w:t>[mis. tempo 14 hari setelah barang diterima]</w:t>
            </w:r>
          </w:p>
        </w:tc>
      </w:tr>
      <w:tr>
        <w:tc>
          <w:tcPr>
            <w:tcW w:type="dxa" w:w="5040"/>
          </w:tcPr>
          <w:p>
            <w:r>
              <w:rPr>
                <w:b/>
                <w:sz w:val="19"/>
              </w:rPr>
              <w:t>Alamat pengiriman</w:t>
            </w:r>
          </w:p>
        </w:tc>
        <w:tc>
          <w:tcPr>
            <w:tcW w:type="dxa" w:w="5040"/>
          </w:tcPr>
          <w:p>
            <w:r>
              <w:rPr>
                <w:sz w:val="19"/>
              </w:rPr>
              <w:t>[alamat lengkap]</w:t>
            </w:r>
          </w:p>
        </w:tc>
      </w:tr>
      <w:tr>
        <w:tc>
          <w:tcPr>
            <w:tcW w:type="dxa" w:w="5040"/>
          </w:tcPr>
          <w:p>
            <w:r>
              <w:rPr>
                <w:b/>
                <w:sz w:val="19"/>
              </w:rPr>
              <w:t>Kirim penawaran ke</w:t>
            </w:r>
          </w:p>
        </w:tc>
        <w:tc>
          <w:tcPr>
            <w:tcW w:type="dxa" w:w="5040"/>
          </w:tcPr>
          <w:p>
            <w:r>
              <w:rPr>
                <w:sz w:val="19"/>
              </w:rPr>
              <w:t>[email / WhatsApp]</w:t>
            </w:r>
          </w:p>
        </w:tc>
      </w:tr>
    </w:tbl>
    <w:p>
      <w:pPr>
        <w:spacing w:after="200"/>
      </w:pPr>
      <w:r>
        <w:rPr>
          <w:b w:val="0"/>
          <w:i w:val="0"/>
          <w:color w:val="0A2540"/>
          <w:sz w:val="22"/>
        </w:rPr>
      </w:r>
    </w:p>
    <w:p>
      <w:pPr>
        <w:spacing w:after="320"/>
      </w:pPr>
      <w:r>
        <w:rPr>
          <w:b w:val="0"/>
          <w:i w:val="0"/>
          <w:color w:val="0A2540"/>
          <w:sz w:val="22"/>
        </w:rPr>
        <w:t>Demikian permintaan ini kami sampaikan. Kami harap penawaran dapat kami terima sebelum tanggal di atas agar proses pemesanan bisa segera kami lanjutkan. Atas perhatian dan kerja samanya, kami ucapkan terima kasih.</w:t>
      </w:r>
    </w:p>
    <w:p>
      <w:pPr>
        <w:spacing w:after="40"/>
      </w:pPr>
      <w:r>
        <w:rPr>
          <w:b w:val="0"/>
          <w:i w:val="0"/>
          <w:color w:val="0A2540"/>
          <w:sz w:val="21"/>
        </w:rPr>
        <w:t>Hormat kami,</w:t>
      </w:r>
    </w:p>
    <w:p>
      <w:pPr>
        <w:spacing w:after="40"/>
      </w:pPr>
      <w:r>
        <w:rPr>
          <w:b/>
          <w:i w:val="0"/>
          <w:color w:val="0A2540"/>
          <w:sz w:val="21"/>
        </w:rPr>
        <w:t>[Nama usaha]</w:t>
      </w:r>
    </w:p>
    <w:p>
      <w:pPr>
        <w:spacing w:after="280"/>
      </w:pPr>
      <w:r>
        <w:rPr>
          <w:b w:val="0"/>
          <w:i w:val="0"/>
          <w:color w:val="0A2540"/>
          <w:sz w:val="21"/>
        </w:rPr>
      </w:r>
    </w:p>
    <w:p>
      <w:pPr>
        <w:spacing w:after="280"/>
      </w:pPr>
      <w:r>
        <w:rPr>
          <w:b w:val="0"/>
          <w:i w:val="0"/>
          <w:color w:val="0A2540"/>
          <w:sz w:val="21"/>
        </w:rPr>
      </w:r>
    </w:p>
    <w:p>
      <w:pPr>
        <w:spacing w:after="40"/>
      </w:pPr>
      <w:r>
        <w:rPr>
          <w:b/>
          <w:i w:val="0"/>
          <w:color w:val="0A2540"/>
          <w:sz w:val="21"/>
        </w:rPr>
        <w:t>([Nama terang])</w:t>
      </w:r>
    </w:p>
    <w:p>
      <w:pPr>
        <w:spacing w:after="40"/>
      </w:pPr>
      <w:r>
        <w:rPr>
          <w:b w:val="0"/>
          <w:i w:val="0"/>
          <w:color w:val="0A2540"/>
          <w:sz w:val="21"/>
        </w:rPr>
        <w:t>[Jabatan]</w:t>
      </w:r>
    </w:p>
    <w:p>
      <w:pPr>
        <w:spacing w:after="120"/>
      </w:pPr>
      <w:r>
        <w:rPr>
          <w:b w:val="0"/>
          <w:i w:val="0"/>
          <w:color w:val="0A2540"/>
          <w:sz w:val="22"/>
        </w:rPr>
      </w:r>
    </w:p>
    <w:p>
      <w:pPr>
        <w:spacing w:after="120"/>
      </w:pPr>
      <w:r>
        <w:rPr>
          <w:b w:val="0"/>
          <w:i/>
          <w:color w:val="B45309"/>
          <w:sz w:val="17"/>
        </w:rPr>
        <w:t>Ini surat untuk kamu yang MEMBELI. Isi kolom "Harga satuan" dan "Total" dibiarkan kosong — pemasok yang mengisinya. Setelah penawaran masuk dan kamu setuju, dokumen berikutnya adalah purchase order (PO).</w:t>
      </w:r>
    </w:p>
    <w:p>
      <w:pPr>
        <w:spacing w:after="120"/>
        <w:jc w:val="center"/>
      </w:pPr>
      <w:r>
        <w:rPr>
          <w:b w:val="0"/>
          <w:i w:val="0"/>
          <w:color w:val="5B6675"/>
          <w:sz w:val="16"/>
        </w:rPr>
        <w:t>Template gratis dari Niagawan — niagawan.com</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