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0A6FB0"/>
          <w:sz w:val="30"/>
        </w:rPr>
        <w:t>[NAMA USAHA KAMU]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[Alamat lengkap]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Telp/WA: [nomor]  ·  Email: [email]  ·  [website]</w:t>
      </w:r>
    </w:p>
    <w:p>
      <w:pPr>
        <w:spacing w:after="200"/>
      </w:pPr>
      <w:r>
        <w:t>________________________________________________________________________________________</w:t>
      </w:r>
    </w:p>
    <w:p>
      <w:pPr>
        <w:spacing w:after="200"/>
        <w:jc w:val="right"/>
      </w:pPr>
      <w:r>
        <w:rPr>
          <w:b w:val="0"/>
          <w:i w:val="0"/>
          <w:color w:val="0A2540"/>
          <w:sz w:val="21"/>
        </w:rPr>
        <w:t>[Kota], [DD Bulan YYYY]</w:t>
      </w:r>
    </w:p>
    <w:p>
      <w:pPr>
        <w:spacing w:after="20"/>
      </w:pPr>
      <w:r>
        <w:rPr>
          <w:sz w:val="21"/>
        </w:rPr>
        <w:t xml:space="preserve">Nomor       : </w:t>
      </w:r>
      <w:r>
        <w:rPr>
          <w:b w:val="0"/>
          <w:sz w:val="21"/>
        </w:rPr>
        <w:t>[001/SP/[NAMA]/[BULAN]/[TAHUN]]</w:t>
      </w:r>
    </w:p>
    <w:p>
      <w:pPr>
        <w:spacing w:after="20"/>
      </w:pPr>
      <w:r>
        <w:rPr>
          <w:sz w:val="21"/>
        </w:rPr>
        <w:t xml:space="preserve">Lampiran    : </w:t>
      </w:r>
      <w:r>
        <w:rPr>
          <w:b w:val="0"/>
          <w:sz w:val="21"/>
        </w:rPr>
        <w:t>[- / 1 berkas]</w:t>
      </w:r>
    </w:p>
    <w:p>
      <w:pPr>
        <w:spacing w:after="20"/>
      </w:pPr>
      <w:r>
        <w:rPr>
          <w:sz w:val="21"/>
        </w:rPr>
        <w:t xml:space="preserve">Hal         : </w:t>
      </w:r>
      <w:r>
        <w:rPr>
          <w:b/>
          <w:sz w:val="21"/>
        </w:rPr>
        <w:t>Penawaran Harga [nama barang atau jasa]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20"/>
      </w:pPr>
      <w:r>
        <w:rPr>
          <w:b/>
          <w:i w:val="0"/>
          <w:color w:val="0A2540"/>
          <w:sz w:val="21"/>
        </w:rPr>
        <w:t>Kepada Yth.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[Nama penerima / Bagian Pembelian]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[Nama perusahaan]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[Alamat]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di tempat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160"/>
      </w:pPr>
      <w:r>
        <w:rPr>
          <w:b w:val="0"/>
          <w:i w:val="0"/>
          <w:color w:val="0A2540"/>
          <w:sz w:val="22"/>
        </w:rPr>
        <w:t>Dengan hormat,</w:t>
      </w:r>
    </w:p>
    <w:p>
      <w:pPr>
        <w:spacing w:after="200"/>
      </w:pPr>
      <w:r>
        <w:rPr>
          <w:b w:val="0"/>
          <w:i w:val="0"/>
          <w:color w:val="0A2540"/>
          <w:sz w:val="22"/>
        </w:rPr>
        <w:t>Sehubungan dengan [permintaan penawaran / pertemuan kita tanggal ...], bersama surat ini kami sampaikan penawaran harga untuk [nama barang atau jasa] sebagai berikut: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</w:tcPr>
          <w:p>
            <w:r>
              <w:rPr>
                <w:b/>
                <w:sz w:val="19"/>
              </w:rPr>
              <w:t>No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Nama barang / jasa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Jumlah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Satuan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Harga satuan (Rp)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Total (Rp)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6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>
            <w:r>
              <w:rPr>
                <w:sz w:val="19"/>
              </w:rPr>
              <w:t>7</w:t>
            </w:r>
          </w:p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Subtotal</w:t>
            </w:r>
          </w:p>
        </w:tc>
        <w:tc>
          <w:tcPr>
            <w:tcW w:type="dxa" w:w="1680"/>
          </w:tcPr>
          <w:p/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TOTAL</w:t>
            </w:r>
          </w:p>
        </w:tc>
        <w:tc>
          <w:tcPr>
            <w:tcW w:type="dxa" w:w="1680"/>
          </w:tcPr>
          <w:p/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80"/>
      </w:pPr>
      <w:r>
        <w:rPr>
          <w:b/>
          <w:i w:val="0"/>
          <w:color w:val="0A6FB0"/>
          <w:sz w:val="22"/>
        </w:rPr>
        <w:t>Syarat dan ketentuan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19"/>
              </w:rPr>
              <w:t>Masa berlaku penawaran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[14 hari] sejak tanggal surat ini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Cara pembayaran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[mis. DP 50%, sisanya saat barang diterima]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Waktu pengiriman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[mis. 7 hari kerja setelah pesanan disetujui]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Sudah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[mis. pemasangan di lokasi]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Belum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[mis. ongkos kirim luar kota]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Garansi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[mis. 12 bulan] / [tidak ada]</w:t>
            </w:r>
          </w:p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320"/>
      </w:pPr>
      <w:r>
        <w:rPr>
          <w:b w:val="0"/>
          <w:i w:val="0"/>
          <w:color w:val="0A2540"/>
          <w:sz w:val="22"/>
        </w:rPr>
        <w:t>Demikian penawaran ini kami sampaikan. Kami siap menyesuaikan jumlah maupun spesifikasi sesuai kebutuhan Bapak/Ibu. Untuk konfirmasi atau pertanyaan, silakan hubungi kami di [nomor WA].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Hormat kami,</w:t>
      </w:r>
    </w:p>
    <w:p>
      <w:pPr>
        <w:spacing w:after="40"/>
      </w:pPr>
      <w:r>
        <w:rPr>
          <w:b/>
          <w:i w:val="0"/>
          <w:color w:val="0A2540"/>
          <w:sz w:val="21"/>
        </w:rPr>
        <w:t>[Nama usaha]</w:t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40"/>
      </w:pPr>
      <w:r>
        <w:rPr>
          <w:b/>
          <w:i w:val="0"/>
          <w:color w:val="0A2540"/>
          <w:sz w:val="21"/>
        </w:rPr>
        <w:t>([Nama terang])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[Jabatan]</w:t>
      </w:r>
    </w:p>
    <w:p>
      <w:pPr>
        <w:spacing w:after="120"/>
      </w:pPr>
      <w:r>
        <w:rPr>
          <w:b w:val="0"/>
          <w:i w:val="0"/>
          <w:color w:val="0A2540"/>
          <w:sz w:val="22"/>
        </w:rPr>
      </w:r>
    </w:p>
    <w:p>
      <w:pPr>
        <w:spacing w:after="120"/>
      </w:pPr>
      <w:r>
        <w:rPr>
          <w:b w:val="0"/>
          <w:i/>
          <w:color w:val="B45309"/>
          <w:sz w:val="17"/>
        </w:rPr>
        <w:t>Ganti semua teks di dalam kurung siku. Jangan hapus baris "Masa berlaku" — tanpa itu pembeli bisa menuntut harga lama berbulan-bulan kemudian.</w:t>
      </w:r>
    </w:p>
    <w:p>
      <w:pPr>
        <w:spacing w:after="120"/>
        <w:jc w:val="center"/>
      </w:pPr>
      <w:r>
        <w:rPr>
          <w:b w:val="0"/>
          <w:i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