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al" w:hAnsi="Arial"/>
          <w:b/>
          <w:i w:val="0"/>
          <w:color w:val="0A2540"/>
          <w:sz w:val="26"/>
        </w:rPr>
        <w:t>NOTA PESANAN          ASLI - untuk pemesan</w:t>
      </w:r>
    </w:p>
    <w:p>
      <w:pPr>
        <w:spacing w:after="80"/>
      </w:pPr>
      <w:r>
        <w:rPr>
          <w:rFonts w:ascii="Arial" w:hAnsi="Arial"/>
          <w:b w:val="0"/>
          <w:i w:val="0"/>
          <w:color w:val="5B6675"/>
          <w:sz w:val="16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NP-______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pesan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 pemesan / No. HP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Diambil / dikirim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ambil    [  ] kirim  ke: ____________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&amp; jam ambil/kirim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1361"/>
        <w:gridCol w:w="4876"/>
        <w:gridCol w:w="1701"/>
        <w:gridCol w:w="1701"/>
      </w:tblGrid>
      <w:tr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Banyaknya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 / pesanan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(Rp)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 (Rp)</w:t>
            </w:r>
          </w:p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UANG MUKA (DP)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SISA BAYAR</w:t>
            </w:r>
          </w:p>
        </w:tc>
        <w:tc>
          <w:tcPr>
            <w:tcW w:type="dxa" w:w="1701"/>
          </w:tcPr>
          <w:p/>
        </w:tc>
      </w:tr>
    </w:tbl>
    <w:p>
      <w:pPr>
        <w:spacing w:after="40"/>
      </w:pPr>
      <w:r>
        <w:rPr>
          <w:rFonts w:ascii="Arial" w:hAnsi="Arial"/>
          <w:b w:val="0"/>
          <w:i w:val="0"/>
          <w:color w:val="0A2540"/>
          <w:sz w:val="16"/>
        </w:rPr>
        <w:t>Catatan: ______________________________________________</w:t>
      </w:r>
    </w:p>
    <w:p>
      <w:pPr>
        <w:spacing w:after="40"/>
      </w:pPr>
      <w:r>
        <w:rPr>
          <w:rFonts w:ascii="Arial" w:hAnsi="Arial"/>
          <w:b w:val="0"/>
          <w:i w:val="0"/>
          <w:color w:val="0A2540"/>
          <w:sz w:val="16"/>
        </w:rPr>
        <w:t>Penerima pesanan: (______________)          Pemesan: (______________)</w:t>
      </w:r>
    </w:p>
    <w:p>
      <w:pPr>
        <w:spacing w:after="160"/>
        <w:jc w:val="center"/>
      </w:pPr>
      <w:r>
        <w:rPr>
          <w:rFonts w:ascii="Arial" w:hAnsi="Arial"/>
          <w:b w:val="0"/>
          <w:i w:val="0"/>
          <w:color w:val="5B6675"/>
          <w:sz w:val="14"/>
        </w:rPr>
        <w:t>Template gratis dari Niagawan — niagawan.com</w:t>
      </w:r>
    </w:p>
    <w:p>
      <w:pPr>
        <w:spacing w:after="160"/>
        <w:jc w:val="center"/>
      </w:pPr>
      <w:r>
        <w:rPr>
          <w:rFonts w:ascii="Arial" w:hAnsi="Arial"/>
          <w:b w:val="0"/>
          <w:i w:val="0"/>
          <w:color w:val="5B6675"/>
          <w:sz w:val="14"/>
        </w:rPr>
        <w:t>- - - - - - - - - - - - - - - - gunting di sini - - - - - - - - - - - - - - - -</w:t>
      </w:r>
    </w:p>
    <w:p>
      <w:pPr>
        <w:spacing w:after="20"/>
      </w:pPr>
      <w:r>
        <w:rPr>
          <w:rFonts w:ascii="Arial" w:hAnsi="Arial"/>
          <w:b/>
          <w:i w:val="0"/>
          <w:color w:val="0A2540"/>
          <w:sz w:val="26"/>
        </w:rPr>
        <w:t>NOTA PESANAN          SALINAN - arsip usaha</w:t>
      </w:r>
    </w:p>
    <w:p>
      <w:pPr>
        <w:spacing w:after="80"/>
      </w:pPr>
      <w:r>
        <w:rPr>
          <w:rFonts w:ascii="Arial" w:hAnsi="Arial"/>
          <w:b w:val="0"/>
          <w:i w:val="0"/>
          <w:color w:val="5B6675"/>
          <w:sz w:val="16"/>
        </w:rPr>
        <w:t>[NAMA USAHAMU]  ·  [alamat]  ·  [No. HP / WhatsApp]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No. nota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NP-______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pesan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Nama pemesan / No. HP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Diambil / dikirim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  ] ambil    [  ] kirim  ke: ____________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Tanggal &amp; jam ambil/kirim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1361"/>
        <w:gridCol w:w="4876"/>
        <w:gridCol w:w="1701"/>
        <w:gridCol w:w="1701"/>
      </w:tblGrid>
      <w:tr>
        <w:tc>
          <w:tcPr>
            <w:tcW w:type="dxa" w:w="136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Banyaknya</w:t>
            </w:r>
          </w:p>
        </w:tc>
        <w:tc>
          <w:tcPr>
            <w:tcW w:type="dxa" w:w="4876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Nama barang / pesanan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Harga (Rp)</w:t>
            </w:r>
          </w:p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Jumlah (Rp)</w:t>
            </w:r>
          </w:p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UANG MUKA (DP)</w:t>
            </w:r>
          </w:p>
        </w:tc>
        <w:tc>
          <w:tcPr>
            <w:tcW w:type="dxa" w:w="1701"/>
          </w:tcPr>
          <w:p/>
        </w:tc>
      </w:tr>
      <w:tr>
        <w:tc>
          <w:tcPr>
            <w:tcW w:type="dxa" w:w="1361"/>
          </w:tcPr>
          <w:p/>
        </w:tc>
        <w:tc>
          <w:tcPr>
            <w:tcW w:type="dxa" w:w="4876"/>
          </w:tcPr>
          <w:p/>
        </w:tc>
        <w:tc>
          <w:tcPr>
            <w:tcW w:type="dxa" w:w="170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SISA BAYAR</w:t>
            </w:r>
          </w:p>
        </w:tc>
        <w:tc>
          <w:tcPr>
            <w:tcW w:type="dxa" w:w="1701"/>
          </w:tcPr>
          <w:p/>
        </w:tc>
      </w:tr>
    </w:tbl>
    <w:p>
      <w:pPr>
        <w:spacing w:after="40"/>
      </w:pPr>
      <w:r>
        <w:rPr>
          <w:rFonts w:ascii="Arial" w:hAnsi="Arial"/>
          <w:b w:val="0"/>
          <w:i w:val="0"/>
          <w:color w:val="0A2540"/>
          <w:sz w:val="16"/>
        </w:rPr>
        <w:t>Catatan: ______________________________________________</w:t>
      </w:r>
    </w:p>
    <w:p>
      <w:pPr>
        <w:spacing w:after="40"/>
      </w:pPr>
      <w:r>
        <w:rPr>
          <w:rFonts w:ascii="Arial" w:hAnsi="Arial"/>
          <w:b w:val="0"/>
          <w:i w:val="0"/>
          <w:color w:val="0A2540"/>
          <w:sz w:val="16"/>
        </w:rPr>
        <w:t>Penerima pesanan: (______________)          Pemesan: (______________)</w:t>
      </w:r>
    </w:p>
    <w:p>
      <w:pPr>
        <w:spacing w:after="160"/>
        <w:jc w:val="center"/>
      </w:pPr>
      <w:r>
        <w:rPr>
          <w:rFonts w:ascii="Arial" w:hAnsi="Arial"/>
          <w:b w:val="0"/>
          <w:i w:val="0"/>
          <w:color w:val="5B6675"/>
          <w:sz w:val="14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