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5FAF"/>
          <w:sz w:val="40"/>
        </w:rPr>
        <w:t>NOTA PEMBELIAN</w:t>
      </w:r>
    </w:p>
    <w:p>
      <w:pPr>
        <w:jc w:val="center"/>
      </w:pPr>
      <w:r>
        <w:rPr>
          <w:i/>
          <w:color w:val="888888"/>
          <w:sz w:val="19"/>
        </w:rPr>
        <w:t>Bukti pembelian barang — tinggal isi sesuai transaksimu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sz w:val="21"/>
              </w:rPr>
              <w:t>Nama Toko / Penjual</w:t>
            </w:r>
          </w:p>
        </w:tc>
        <w:tc>
          <w:tcPr>
            <w:tcW w:type="dxa" w:w="4986"/>
          </w:tcPr>
          <w:p>
            <w:r>
              <w:rPr>
                <w:sz w:val="21"/>
              </w:rPr>
              <w:t>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  <w:sz w:val="21"/>
              </w:rPr>
              <w:t>Alamat Toko / Penjual</w:t>
            </w:r>
          </w:p>
        </w:tc>
        <w:tc>
          <w:tcPr>
            <w:tcW w:type="dxa" w:w="4986"/>
          </w:tcPr>
          <w:p>
            <w:r>
              <w:rPr>
                <w:sz w:val="21"/>
              </w:rPr>
              <w:t>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  <w:sz w:val="21"/>
              </w:rPr>
              <w:t>No. Nota</w:t>
            </w:r>
          </w:p>
        </w:tc>
        <w:tc>
          <w:tcPr>
            <w:tcW w:type="dxa" w:w="4986"/>
          </w:tcPr>
          <w:p>
            <w:r>
              <w:rPr>
                <w:sz w:val="21"/>
              </w:rPr>
              <w:t>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b/>
                <w:sz w:val="21"/>
              </w:rPr>
              <w:t>Tanggal</w:t>
            </w:r>
          </w:p>
        </w:tc>
        <w:tc>
          <w:tcPr>
            <w:tcW w:type="dxa" w:w="4986"/>
          </w:tcPr>
          <w:p>
            <w:r>
              <w:rPr>
                <w:sz w:val="21"/>
              </w:rPr>
              <w:t>_______________________________</w:t>
            </w:r>
          </w:p>
        </w:tc>
      </w:tr>
    </w:tbl>
    <w:p>
      <w:r>
        <w:rPr>
          <w:b/>
          <w:sz w:val="21"/>
        </w:rPr>
        <w:t>Nama Pembeli / Usaha: 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val="clear" w:fill="1F5FAF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Nama Barang</w:t>
            </w:r>
          </w:p>
        </w:tc>
        <w:tc>
          <w:tcPr>
            <w:tcW w:type="dxa" w:w="2493"/>
            <w:shd w:val="clear" w:fill="1F5FAF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Jumlah</w:t>
            </w:r>
          </w:p>
        </w:tc>
        <w:tc>
          <w:tcPr>
            <w:tcW w:type="dxa" w:w="2493"/>
            <w:shd w:val="clear" w:fill="1F5FAF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Harga Satuan</w:t>
            </w:r>
          </w:p>
        </w:tc>
        <w:tc>
          <w:tcPr>
            <w:tcW w:type="dxa" w:w="2493"/>
            <w:shd w:val="clear" w:fill="1F5FAF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Subtotal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  <w:tc>
          <w:tcPr>
            <w:tcW w:type="dxa" w:w="2493"/>
          </w:tcPr>
          <w:p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type="dxa" w:w="2493"/>
          </w:tcPr>
          <w:p>
            <w:r>
              <w:rPr>
                <w:b/>
                <w:sz w:val="22"/>
              </w:rPr>
              <w:t>Rp _____________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sz w:val="21"/>
              </w:rPr>
              <w:t>Pembeli,</w:t>
              <w:br/>
              <w:br/>
              <w:br/>
              <w:br/>
              <w:t>(_______________)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1"/>
              </w:rPr>
              <w:t>Tanda Tangan / Cap Penjual,</w:t>
              <w:br/>
              <w:br/>
              <w:br/>
              <w:br/>
              <w:t>(_______________)</w:t>
            </w:r>
          </w:p>
        </w:tc>
      </w:tr>
    </w:tbl>
    <w:p>
      <w:pPr>
        <w:jc w:val="center"/>
      </w:pPr>
      <w:r>
        <w:rPr>
          <w:i/>
          <w:color w:val="888888"/>
          <w:sz w:val="17"/>
        </w:rPr>
        <w:t>Template gratis dari Niagawan · niagawan.com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