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16202E"/>
          <w:sz w:val="36"/>
        </w:rPr>
        <w:t>NOTA SERVIS BENGKEL</w:t>
      </w:r>
    </w:p>
    <w:p>
      <w:pPr>
        <w:spacing w:after="120"/>
      </w:pPr>
      <w:r>
        <w:rPr>
          <w:b w:val="0"/>
          <w:color w:val="5B6675"/>
          <w:sz w:val="17"/>
        </w:rPr>
        <w:t>Motor / mobil  ·  barang masuk dulu, bayar waktu diambil</w:t>
      </w:r>
    </w:p>
    <w:p>
      <w:pPr>
        <w:spacing w:after="160"/>
      </w:pPr>
      <w:r>
        <w:rPr>
          <w:b w:val="0"/>
          <w:color w:val="16202E"/>
          <w:sz w:val="19"/>
        </w:rPr>
        <w:t>[Nama usaha]   ·   [Alamat]   ·   [No. HP / WA]            No. nota: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Nama pelanggan: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No. HP / WA: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Kendaraan:  </w:t>
            </w:r>
            <w:r>
              <w:rPr>
                <w:sz w:val="18"/>
              </w:rPr>
              <w:t>☐ Motor   ☐ Mobil</w:t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Merk / tipe: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Plat nomor: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Kilometer: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masuk: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Perkiraan selesai: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Keluhan: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Kondisi awal: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Barang yang ikut: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ambil:  </w:t>
            </w:r>
            <w:r>
              <w:rPr>
                <w:sz w:val="18"/>
              </w:rPr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  <w:sz w:val="17"/>
              </w:rPr>
              <w:t>Uraian pekerjaan / sparepart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Jasa / Sparepart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Qty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Harga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Jumlah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jasa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sparepart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DP / uang muka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SISA BAYAR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40"/>
      </w:pPr>
      <w:r>
        <w:rPr>
          <w:b w:val="0"/>
          <w:color w:val="16202E"/>
          <w:sz w:val="18"/>
        </w:rPr>
        <w:t>Garansi servis: ______ hari, untuk pekerjaan: ______________________</w:t>
      </w:r>
    </w:p>
    <w:p>
      <w:pPr>
        <w:spacing w:after="40"/>
      </w:pPr>
      <w:r>
        <w:rPr>
          <w:b w:val="0"/>
          <w:color w:val="5B6675"/>
          <w:sz w:val="17"/>
        </w:rPr>
        <w:t>Biaya di luar estimasi dikerjakan setelah pelanggan setuju. Setuju tgl/jam: ________ lewat: ________</w:t>
      </w:r>
    </w:p>
    <w:p>
      <w:pPr>
        <w:spacing w:after="160"/>
      </w:pPr>
      <w:r>
        <w:rPr>
          <w:b w:val="0"/>
          <w:color w:val="5B6675"/>
          <w:sz w:val="17"/>
        </w:rPr>
        <w:t>Mohon ambil kendaraan paling lambat ____ hari setelah selesai. Kami hubungi lewat WA.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b/>
              </w:rPr>
              <w:t>Pelanggan (menyerahkan)</w:t>
            </w:r>
          </w:p>
        </w:tc>
        <w:tc>
          <w:tcPr>
            <w:tcW w:type="dxa" w:w="5213"/>
          </w:tcPr>
          <w:p>
            <w:r>
              <w:rPr>
                <w:b/>
              </w:rPr>
              <w:t>Petugas (menerima)</w:t>
            </w:r>
          </w:p>
        </w:tc>
      </w:tr>
      <w:tr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</w:tr>
      <w:tr>
        <w:tc>
          <w:tcPr>
            <w:tcW w:type="dxa" w:w="5213"/>
          </w:tcPr>
          <w:p>
            <w:r>
              <w:t>Nama jelas</w:t>
            </w:r>
          </w:p>
        </w:tc>
        <w:tc>
          <w:tcPr>
            <w:tcW w:type="dxa" w:w="5213"/>
          </w:tcPr>
          <w:p>
            <w:r>
              <w:t>Nama jelas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80"/>
      </w:pPr>
      <w:r>
        <w:rPr>
          <w:b w:val="0"/>
          <w:color w:val="16202E"/>
          <w:sz w:val="18"/>
        </w:rPr>
        <w:t>Barang sudah diambil kembali. Tanggal: ________   Tanda tangan: ________________</w:t>
      </w:r>
    </w:p>
    <w:p>
      <w:pPr>
        <w:spacing w:after="160"/>
      </w:pPr>
      <w:r>
        <w:rPr>
          <w:b/>
          <w:color w:val="16202E"/>
          <w:sz w:val="17"/>
        </w:rPr>
        <w:t>Dibuat 2 rangkap: 1 untuk pelanggan (dibawa waktu ambil), 1 untuk arsip usaha.</w:t>
      </w:r>
    </w:p>
    <w:p>
      <w:pPr>
        <w:spacing w:after="60"/>
        <w:jc w:val="center"/>
      </w:pPr>
      <w:r>
        <w:rPr>
          <w:b w:val="0"/>
          <w:color w:val="5B6675"/>
          <w:sz w:val="15"/>
        </w:rPr>
        <w:t>Template gratis dari Niagawan — niagawan.com/id/nota-service/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