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F4E79"/>
          <w:sz w:val="30"/>
        </w:rPr>
        <w:t>Template Kwitansi Pembayaran</w:t>
      </w:r>
    </w:p>
    <w:p>
      <w:r>
        <w:rPr>
          <w:i/>
          <w:color w:val="666666"/>
          <w:sz w:val="18"/>
        </w:rPr>
        <w:t>Isi bagian yang kosong sesuai transaksi Anda. Simpan salinannya untuk arsip. Template gratis dari Niagawan — niagawan.com</w:t>
      </w:r>
    </w:p>
    <w:p/>
    <w:p>
      <w:pPr>
        <w:jc w:val="right"/>
      </w:pPr>
      <w:r>
        <w:rPr>
          <w:i/>
          <w:color w:val="8A8A8A"/>
          <w:sz w:val="16"/>
        </w:rPr>
        <w:t>ASLI — untuk pembayar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10200"/>
            <w:gridSpan w:val="2"/>
            <w:shd w:val="clear" w:color="auto" w:fill="F2F6FB"/>
          </w:tcPr>
          <w:p>
            <w:pPr>
              <w:jc w:val="center"/>
            </w:pPr>
            <w:r>
              <w:rPr>
                <w:b/>
                <w:color w:val="1F4E79"/>
                <w:sz w:val="24"/>
              </w:rPr>
              <w:t>[ NAMA USAHA / TOKO ANDA ]</w:t>
            </w:r>
          </w:p>
        </w:tc>
      </w:tr>
      <w:tr>
        <w:tc>
          <w:tcPr>
            <w:tcW w:type="dxa" w:w="10200"/>
            <w:gridSpan w:val="2"/>
          </w:tcPr>
          <w:p>
            <w:pPr>
              <w:jc w:val="center"/>
            </w:pPr>
            <w:r>
              <w:rPr>
                <w:b/>
                <w:sz w:val="32"/>
              </w:rPr>
              <w:t>KWITANSI</w:t>
            </w:r>
          </w:p>
        </w:tc>
      </w:tr>
      <w:tr>
        <w:tc>
          <w:tcPr>
            <w:tcW w:type="dxa" w:w="5100"/>
            <w:shd w:val="clear" w:color="auto" w:fill="F2F6FB"/>
          </w:tcPr>
          <w:p>
            <w:r>
              <w:rPr>
                <w:b/>
                <w:sz w:val="20"/>
              </w:rPr>
              <w:t>No. Kwitansi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20"/>
              </w:rPr>
              <w:t>Sudah terima dari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20"/>
              </w:rPr>
              <w:t>Uang sejumlah (Rp)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100"/>
            <w:shd w:val="clear" w:color="auto" w:fill="F2F6FB"/>
          </w:tcPr>
          <w:p>
            <w:r>
              <w:rPr>
                <w:b/>
                <w:sz w:val="20"/>
              </w:rPr>
              <w:t>Terbilang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20"/>
              </w:rPr>
              <w:t>Untuk pembayaran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100"/>
          </w:tcPr>
          <w:p>
            <w:r>
              <w:rPr>
                <w:sz w:val="16"/>
              </w:rPr>
              <w:t>Meterai (bila diperlukan)</w:t>
            </w:r>
          </w:p>
        </w:tc>
        <w:tc>
          <w:tcPr>
            <w:tcW w:type="dxa" w:w="5100"/>
          </w:tcPr>
          <w:p>
            <w:pPr>
              <w:jc w:val="center"/>
            </w:pPr>
            <w:r>
              <w:rPr>
                <w:sz w:val="20"/>
              </w:rPr>
              <w:t>_______________, ____ / ____ / ______</w:t>
              <w:br/>
              <w:br/>
              <w:br/>
              <w:t>(____________________)</w:t>
              <w:br/>
              <w:t>Penerima</w:t>
            </w:r>
          </w:p>
        </w:tc>
      </w:tr>
    </w:tbl>
    <w:p/>
    <w:p>
      <w:pPr>
        <w:jc w:val="center"/>
      </w:pPr>
      <w:r>
        <w:rPr>
          <w:sz w:val="16"/>
        </w:rPr>
        <w:t>— — — — — — — — — — gunting di sini — — — — — — — — — —</w:t>
      </w:r>
    </w:p>
    <w:p/>
    <w:p>
      <w:pPr>
        <w:jc w:val="right"/>
      </w:pPr>
      <w:r>
        <w:rPr>
          <w:i/>
          <w:color w:val="8A8A8A"/>
          <w:sz w:val="16"/>
        </w:rPr>
        <w:t>SALINAN — untuk arsip Anda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10200"/>
            <w:gridSpan w:val="2"/>
            <w:shd w:val="clear" w:color="auto" w:fill="F2F6FB"/>
          </w:tcPr>
          <w:p>
            <w:pPr>
              <w:jc w:val="center"/>
            </w:pPr>
            <w:r>
              <w:rPr>
                <w:b/>
                <w:color w:val="1F4E79"/>
                <w:sz w:val="24"/>
              </w:rPr>
              <w:t>[ NAMA USAHA / TOKO ANDA ]</w:t>
            </w:r>
          </w:p>
        </w:tc>
      </w:tr>
      <w:tr>
        <w:tc>
          <w:tcPr>
            <w:tcW w:type="dxa" w:w="10200"/>
            <w:gridSpan w:val="2"/>
          </w:tcPr>
          <w:p>
            <w:pPr>
              <w:jc w:val="center"/>
            </w:pPr>
            <w:r>
              <w:rPr>
                <w:b/>
                <w:sz w:val="32"/>
              </w:rPr>
              <w:t>KWITANSI</w:t>
            </w:r>
          </w:p>
        </w:tc>
      </w:tr>
      <w:tr>
        <w:tc>
          <w:tcPr>
            <w:tcW w:type="dxa" w:w="5100"/>
            <w:shd w:val="clear" w:color="auto" w:fill="F2F6FB"/>
          </w:tcPr>
          <w:p>
            <w:r>
              <w:rPr>
                <w:b/>
                <w:sz w:val="20"/>
              </w:rPr>
              <w:t>No. Kwitansi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20"/>
              </w:rPr>
              <w:t>Sudah terima dari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20"/>
              </w:rPr>
              <w:t>Uang sejumlah (Rp)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100"/>
            <w:shd w:val="clear" w:color="auto" w:fill="F2F6FB"/>
          </w:tcPr>
          <w:p>
            <w:r>
              <w:rPr>
                <w:b/>
                <w:sz w:val="20"/>
              </w:rPr>
              <w:t>Terbilang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20"/>
              </w:rPr>
              <w:t>Untuk pembayaran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100"/>
          </w:tcPr>
          <w:p>
            <w:r>
              <w:rPr>
                <w:sz w:val="16"/>
              </w:rPr>
              <w:t>Meterai (bila diperlukan)</w:t>
            </w:r>
          </w:p>
        </w:tc>
        <w:tc>
          <w:tcPr>
            <w:tcW w:type="dxa" w:w="5100"/>
          </w:tcPr>
          <w:p>
            <w:pPr>
              <w:jc w:val="center"/>
            </w:pPr>
            <w:r>
              <w:rPr>
                <w:sz w:val="20"/>
              </w:rPr>
              <w:t>_______________, ____ / ____ / ______</w:t>
              <w:br/>
              <w:br/>
              <w:br/>
              <w:t>(____________________)</w:t>
              <w:br/>
              <w:t>Penerima</w:t>
            </w:r>
          </w:p>
        </w:tc>
      </w:tr>
    </w:tbl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