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B4D7A"/>
          <w:sz w:val="36"/>
        </w:rPr>
        <w:t>[ NAMA USAHA / LOGO ]</w:t>
      </w:r>
    </w:p>
    <w:p>
      <w:r>
        <w:rPr>
          <w:color w:val="666666"/>
          <w:sz w:val="18"/>
        </w:rPr>
        <w:t>Alamat usaha  ·  No. HP / WhatsApp  ·  Email</w:t>
      </w:r>
    </w:p>
    <w:p>
      <w:pPr>
        <w:jc w:val="right"/>
      </w:pPr>
      <w:r>
        <w:rPr>
          <w:b/>
          <w:color w:val="1B4D7A"/>
          <w:sz w:val="48"/>
        </w:rPr>
        <w:t>INVOICE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Kepada (Ditagihkan ke):</w:t>
              <w:br/>
            </w:r>
          </w:p>
          <w:p>
            <w:r>
              <w:t>Nama pelanggan / usaha : ......................</w:t>
            </w:r>
          </w:p>
          <w:p>
            <w:r>
              <w:t>Alamat                : ......................</w:t>
            </w:r>
          </w:p>
          <w:p>
            <w:r>
              <w:t>No. HP / kontak       : ......................</w:t>
            </w:r>
          </w:p>
        </w:tc>
        <w:tc>
          <w:tcPr>
            <w:tcW w:type="dxa" w:w="5100"/>
          </w:tcPr>
          <w:p>
            <w:r>
              <w:rPr>
                <w:b/>
              </w:rPr>
              <w:t xml:space="preserve">No. Invoice : </w:t>
            </w:r>
            <w:r>
              <w:t>......................</w:t>
            </w:r>
          </w:p>
          <w:p>
            <w:r>
              <w:rPr>
                <w:b/>
              </w:rPr>
              <w:t xml:space="preserve">Tanggal     : </w:t>
            </w:r>
            <w:r>
              <w:t>......................</w:t>
            </w:r>
          </w:p>
          <w:p>
            <w:r>
              <w:rPr>
                <w:b/>
              </w:rPr>
              <w:t xml:space="preserve">Jatuh Tempo : </w:t>
            </w:r>
            <w:r>
              <w:t>......................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fill="1B4D7A"/>
          </w:tcPr>
          <w:p>
            <w:r>
              <w:rPr>
                <w:b/>
                <w:color w:val="FFFFFF"/>
                <w:sz w:val="19"/>
              </w:rPr>
              <w:t>No</w:t>
            </w:r>
          </w:p>
        </w:tc>
        <w:tc>
          <w:tcPr>
            <w:tcW w:type="dxa" w:w="2040"/>
            <w:shd w:val="clear" w:fill="1B4D7A"/>
          </w:tcPr>
          <w:p>
            <w:r>
              <w:rPr>
                <w:b/>
                <w:color w:val="FFFFFF"/>
                <w:sz w:val="19"/>
              </w:rPr>
              <w:t>Deskripsi Barang / Jasa</w:t>
            </w:r>
          </w:p>
        </w:tc>
        <w:tc>
          <w:tcPr>
            <w:tcW w:type="dxa" w:w="2040"/>
            <w:shd w:val="clear" w:fill="1B4D7A"/>
          </w:tcPr>
          <w:p>
            <w:r>
              <w:rPr>
                <w:b/>
                <w:color w:val="FFFFFF"/>
                <w:sz w:val="19"/>
              </w:rPr>
              <w:t>Qty</w:t>
            </w:r>
          </w:p>
        </w:tc>
        <w:tc>
          <w:tcPr>
            <w:tcW w:type="dxa" w:w="2040"/>
            <w:shd w:val="clear" w:fill="1B4D7A"/>
          </w:tcPr>
          <w:p>
            <w:r>
              <w:rPr>
                <w:b/>
                <w:color w:val="FFFFFF"/>
                <w:sz w:val="19"/>
              </w:rPr>
              <w:t>Harga Satuan (Rp)</w:t>
            </w:r>
          </w:p>
        </w:tc>
        <w:tc>
          <w:tcPr>
            <w:tcW w:type="dxa" w:w="2040"/>
            <w:shd w:val="clear" w:fill="1B4D7A"/>
          </w:tcPr>
          <w:p>
            <w:r>
              <w:rPr>
                <w:b/>
                <w:color w:val="FFFFFF"/>
                <w:sz w:val="19"/>
              </w:rPr>
              <w:t>Jumlah (Rp)</w:t>
            </w:r>
          </w:p>
        </w:tc>
      </w:tr>
      <w:tr>
        <w:tc>
          <w:tcPr>
            <w:tcW w:type="dxa" w:w="2040"/>
          </w:tcPr>
          <w:p>
            <w:r>
              <w:t>1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  <w:tr>
        <w:tc>
          <w:tcPr>
            <w:tcW w:type="dxa" w:w="2040"/>
          </w:tcPr>
          <w:p>
            <w:r>
              <w:t>2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  <w:tr>
        <w:tc>
          <w:tcPr>
            <w:tcW w:type="dxa" w:w="2040"/>
          </w:tcPr>
          <w:p>
            <w:r>
              <w:t>3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  <w:tr>
        <w:tc>
          <w:tcPr>
            <w:tcW w:type="dxa" w:w="2040"/>
          </w:tcPr>
          <w:p>
            <w:r>
              <w:t>4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  <w:tr>
        <w:tc>
          <w:tcPr>
            <w:tcW w:type="dxa" w:w="2040"/>
          </w:tcPr>
          <w:p>
            <w:r>
              <w:t>5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  <w:tr>
        <w:tc>
          <w:tcPr>
            <w:tcW w:type="dxa" w:w="2040"/>
          </w:tcPr>
          <w:p>
            <w:r>
              <w:t>6</w:t>
            </w:r>
          </w:p>
        </w:tc>
        <w:tc>
          <w:tcPr>
            <w:tcW w:type="dxa" w:w="2040"/>
          </w:tcPr>
          <w:p>
            <w:r>
              <w:t>......................................</w:t>
            </w:r>
          </w:p>
        </w:tc>
        <w:tc>
          <w:tcPr>
            <w:tcW w:type="dxa" w:w="2040"/>
          </w:tcPr>
          <w:p>
            <w:r>
              <w:t>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  <w:tc>
          <w:tcPr>
            <w:tcW w:type="dxa" w:w="2040"/>
          </w:tcPr>
          <w:p>
            <w:r>
              <w:t>....................</w:t>
            </w:r>
          </w:p>
        </w:tc>
      </w:tr>
    </w:tbl>
    <w:tbl>
      <w:tblPr>
        <w:tblW w:type="auto" w:w="0"/>
        <w:jc w:val="right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>
            <w:r>
              <w:rPr>
                <w:b/>
              </w:rPr>
              <w:t>Subtotal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t>Rp ....................</w:t>
            </w:r>
          </w:p>
        </w:tc>
      </w:tr>
      <w:tr>
        <w:tc>
          <w:tcPr>
            <w:tcW w:type="dxa" w:w="5100"/>
          </w:tcPr>
          <w:p>
            <w:r>
              <w:rPr>
                <w:b/>
                <w:color w:val="1B4D7A"/>
                <w:sz w:val="24"/>
              </w:rPr>
              <w:t>TOTAL</w:t>
            </w:r>
          </w:p>
        </w:tc>
        <w:tc>
          <w:tcPr>
            <w:tcW w:type="dxa" w:w="5100"/>
          </w:tcPr>
          <w:p>
            <w:pPr>
              <w:jc w:val="right"/>
            </w:pPr>
            <w:r>
              <w:rPr>
                <w:b/>
                <w:color w:val="1B4D7A"/>
                <w:sz w:val="24"/>
              </w:rPr>
              <w:t>Rp ....................</w:t>
            </w:r>
          </w:p>
        </w:tc>
      </w:tr>
    </w:tbl>
    <w:p/>
    <w:p>
      <w:r>
        <w:rPr>
          <w:b/>
        </w:rPr>
        <w:t>Termin &amp; Cara Pembayaran</w:t>
        <w:br/>
      </w:r>
    </w:p>
    <w:p>
      <w:r>
        <w:t>Termin           : ...................... (mis. lunas / DP 30% / tempo 30 hari)</w:t>
      </w:r>
    </w:p>
    <w:p>
      <w:r>
        <w:t>Transfer ke bank : ...................... No. rek. ......................</w:t>
      </w:r>
    </w:p>
    <w:p>
      <w:r>
        <w:t>Atas nama        : ......................</w:t>
      </w:r>
    </w:p>
    <w:p>
      <w:r>
        <w:rPr>
          <w:b/>
        </w:rPr>
        <w:t xml:space="preserve">Catatan: </w:t>
      </w:r>
      <w:r>
        <w:t>........................................................................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</w:tcPr>
          <w:p/>
        </w:tc>
        <w:tc>
          <w:tcPr>
            <w:tcW w:type="dxa" w:w="5100"/>
          </w:tcPr>
          <w:p>
            <w:pPr>
              <w:jc w:val="center"/>
            </w:pPr>
            <w:r>
              <w:t>Hormat kami,</w:t>
              <w:br/>
              <w:br/>
              <w:br/>
              <w:br/>
              <w:t>(............................)</w:t>
              <w:br/>
              <w:t>Nama &amp; tanda tangan penerbit</w:t>
            </w:r>
          </w:p>
        </w:tc>
      </w:tr>
    </w:tbl>
    <w:p>
      <w:pPr>
        <w:jc w:val="center"/>
      </w:pPr>
      <w:r>
        <w:rPr>
          <w:i/>
          <w:color w:val="888888"/>
          <w:sz w:val="18"/>
        </w:rPr>
        <w:t>Terima kasih atas kepercayaan Anda.</w:t>
      </w:r>
    </w:p>
    <w:sectPr w:rsidR="00FC693F" w:rsidRPr="0006063C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