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A6FB0"/>
          <w:sz w:val="36"/>
        </w:rPr>
        <w:t>[ NAMA USAHA / LOGO ]</w:t>
      </w:r>
    </w:p>
    <w:p>
      <w:r>
        <w:rPr>
          <w:i/>
          <w:sz w:val="18"/>
        </w:rPr>
        <w:t>Alamat usaha  ·  No. HP / WhatsApp  ·  Email</w:t>
      </w:r>
    </w:p>
    <w:p>
      <w:pPr>
        <w:jc w:val="right"/>
      </w:pPr>
      <w:r>
        <w:rPr>
          <w:b/>
          <w:sz w:val="30"/>
        </w:rPr>
        <w:t>FAKTUR PENJUALAN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Kepada (pembeli):</w:t>
              <w:br/>
              <w:br/>
              <w:t>Nama pelanggan / usaha : ......................</w:t>
              <w:br/>
              <w:t>Alamat                 : ......................</w:t>
              <w:br/>
              <w:t>No. HP / kontak        : ......................</w:t>
              <w:br/>
              <w:t>Dari (penjual)         : ......................</w:t>
            </w:r>
          </w:p>
        </w:tc>
        <w:tc>
          <w:tcPr>
            <w:tcW w:type="dxa" w:w="4320"/>
          </w:tcPr>
          <w:p>
            <w:r>
              <w:t>Nomor Faktur : ......................</w:t>
              <w:br/>
              <w:t>Tanggal      : ......................</w:t>
              <w:br/>
              <w:t>Jatuh Tempo  : ......................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00AEFF"/>
          </w:tcPr>
          <w:p>
            <w:r/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728"/>
            <w:shd w:val="clear" w:color="auto" w:fill="00AEFF"/>
          </w:tcPr>
          <w:p>
            <w:r/>
            <w:r>
              <w:rPr>
                <w:b/>
                <w:color w:val="FFFFFF"/>
              </w:rPr>
              <w:t>Deskripsi Barang / Jasa</w:t>
            </w:r>
          </w:p>
        </w:tc>
        <w:tc>
          <w:tcPr>
            <w:tcW w:type="dxa" w:w="1728"/>
            <w:shd w:val="clear" w:color="auto" w:fill="00AEFF"/>
          </w:tcPr>
          <w:p>
            <w:r/>
            <w:r>
              <w:rPr>
                <w:b/>
                <w:color w:val="FFFFFF"/>
              </w:rPr>
              <w:t>Qty</w:t>
            </w:r>
          </w:p>
        </w:tc>
        <w:tc>
          <w:tcPr>
            <w:tcW w:type="dxa" w:w="1728"/>
            <w:shd w:val="clear" w:color="auto" w:fill="00AEFF"/>
          </w:tcPr>
          <w:p>
            <w:r/>
            <w:r>
              <w:rPr>
                <w:b/>
                <w:color w:val="FFFFFF"/>
              </w:rPr>
              <w:t>Harga Satuan (Rp)</w:t>
            </w:r>
          </w:p>
        </w:tc>
        <w:tc>
          <w:tcPr>
            <w:tcW w:type="dxa" w:w="1728"/>
            <w:shd w:val="clear" w:color="auto" w:fill="00AEFF"/>
          </w:tcPr>
          <w:p>
            <w:r/>
            <w:r>
              <w:rPr>
                <w:b/>
                <w:color w:val="FFFFFF"/>
              </w:rPr>
              <w:t>Subtotal (Rp)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Beras 25 kg (contoh — toko sembako)</w:t>
            </w:r>
          </w:p>
        </w:tc>
        <w:tc>
          <w:tcPr>
            <w:tcW w:type="dxa" w:w="1728"/>
          </w:tcPr>
          <w:p>
            <w:r>
              <w:t>10</w:t>
            </w:r>
          </w:p>
        </w:tc>
        <w:tc>
          <w:tcPr>
            <w:tcW w:type="dxa" w:w="1728"/>
          </w:tcPr>
          <w:p>
            <w:r>
              <w:t>320.000</w:t>
            </w:r>
          </w:p>
        </w:tc>
        <w:tc>
          <w:tcPr>
            <w:tcW w:type="dxa" w:w="1728"/>
          </w:tcPr>
          <w:p>
            <w:r>
              <w:t>3.200.000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Cuci-setrika reguler /kg (contoh — jasa laundry)</w:t>
            </w:r>
          </w:p>
        </w:tc>
        <w:tc>
          <w:tcPr>
            <w:tcW w:type="dxa" w:w="1728"/>
          </w:tcPr>
          <w:p>
            <w:r>
              <w:t>120</w:t>
            </w:r>
          </w:p>
        </w:tc>
        <w:tc>
          <w:tcPr>
            <w:tcW w:type="dxa" w:w="1728"/>
          </w:tcPr>
          <w:p>
            <w:r>
              <w:t>7.000</w:t>
            </w:r>
          </w:p>
        </w:tc>
        <w:tc>
          <w:tcPr>
            <w:tcW w:type="dxa" w:w="1728"/>
          </w:tcPr>
          <w:p>
            <w:r>
              <w:t>840.000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......................................</w:t>
            </w:r>
          </w:p>
        </w:tc>
        <w:tc>
          <w:tcPr>
            <w:tcW w:type="dxa" w:w="1728"/>
          </w:tcPr>
          <w:p>
            <w:r>
              <w:t>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......................................</w:t>
            </w:r>
          </w:p>
        </w:tc>
        <w:tc>
          <w:tcPr>
            <w:tcW w:type="dxa" w:w="1728"/>
          </w:tcPr>
          <w:p>
            <w:r>
              <w:t>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......................................</w:t>
            </w:r>
          </w:p>
        </w:tc>
        <w:tc>
          <w:tcPr>
            <w:tcW w:type="dxa" w:w="1728"/>
          </w:tcPr>
          <w:p>
            <w:r>
              <w:t>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......................................</w:t>
            </w:r>
          </w:p>
        </w:tc>
        <w:tc>
          <w:tcPr>
            <w:tcW w:type="dxa" w:w="1728"/>
          </w:tcPr>
          <w:p>
            <w:r>
              <w:t>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  <w:tc>
          <w:tcPr>
            <w:tcW w:type="dxa" w:w="1728"/>
          </w:tcPr>
          <w:p>
            <w:r>
              <w:t>....................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4320"/>
          </w:tcPr>
          <w:p>
            <w:r>
              <w:t>Rp ....................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>Rp ....................</w:t>
            </w:r>
          </w:p>
        </w:tc>
      </w:tr>
    </w:tbl>
    <w:p/>
    <w:p>
      <w:r>
        <w:rPr>
          <w:b/>
        </w:rPr>
        <w:t>Syarat &amp; Tempo Bayar</w:t>
      </w:r>
    </w:p>
    <w:p>
      <w:r>
        <w:t>Syarat        : ...................... (mis. tunai / tempo 14 hari / tempo 30 hari)</w:t>
      </w:r>
    </w:p>
    <w:p>
      <w:r>
        <w:t>Transfer ke   : Bank ............ No. rek. ......................</w:t>
      </w:r>
    </w:p>
    <w:p>
      <w:r>
        <w:t>Atas nama     : ......................</w:t>
      </w:r>
    </w:p>
    <w:p>
      <w:r>
        <w:t>Catatan       : ........................................................................</w:t>
      </w:r>
    </w:p>
    <w:p/>
    <w:p>
      <w:r>
        <w:t>Hormat kami / Tanda tangan &amp; cap penjual,</w:t>
        <w:br/>
        <w:br/>
        <w:br/>
        <w:t>(............................)</w:t>
      </w:r>
    </w:p>
    <w:p>
      <w:r>
        <w:t>Nama &amp; tanda tangan penerbit faktur</w:t>
      </w:r>
    </w:p>
    <w:p>
      <w:r>
        <w:rPr>
          <w:i/>
          <w:sz w:val="16"/>
        </w:rPr>
        <w:t>Angka contoh di atas hanya ilustrasi — ganti dengan data usahamu. Template pembukuan biasa dalam Rupiah.</w:t>
      </w:r>
    </w:p>
    <w:p>
      <w:r>
        <w:t>Terima kasih atas kepercayaan Anda.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