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6FB0"/>
          <w:sz w:val="36"/>
        </w:rPr>
        <w:t>DELIVERY ORDER</w:t>
      </w:r>
    </w:p>
    <w:p>
      <w:r>
        <w:rPr>
          <w:b/>
        </w:rPr>
        <w:t>[Nama usahamu]</w:t>
      </w:r>
    </w:p>
    <w:p>
      <w:r>
        <w:t>[Alamat] · [No. HP]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No. DO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Tanggal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No. PO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Kirim ke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Kontak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No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Kode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Nama Barang</w:t>
            </w:r>
          </w:p>
        </w:tc>
        <w:tc>
          <w:tcPr>
            <w:tcW w:type="dxa" w:w="1440"/>
          </w:tcPr>
          <w:p>
            <w:r>
              <w:rPr>
                <w:b/>
              </w:rPr>
              <w:t>Jumlah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Satuan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Keterangan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/>
    <w:p>
      <w:r>
        <w:t>Delivery order TIDAK memuat harga. Harga dan total ada di invoice.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Diserahkan oleh</w:t>
            </w:r>
          </w:p>
        </w:tc>
        <w:tc>
          <w:tcPr>
            <w:tcW w:type="dxa" w:w="4320"/>
          </w:tcPr>
          <w:p>
            <w:r>
              <w:t>Diterima oleh (nama jelas, tanda tangan, tanggal)</w:t>
            </w:r>
          </w:p>
        </w:tc>
      </w:tr>
      <w:tr>
        <w:tc>
          <w:tcPr>
            <w:tcW w:type="dxa" w:w="4320"/>
          </w:tcPr>
          <w:p>
            <w:r>
              <w:br/>
              <w:br/>
              <w:t>(_________________)</w:t>
            </w:r>
          </w:p>
        </w:tc>
        <w:tc>
          <w:tcPr>
            <w:tcW w:type="dxa" w:w="4320"/>
          </w:tcPr>
          <w:p>
            <w:r>
              <w:br/>
              <w:br/>
              <w:t>(_________________)</w:t>
            </w:r>
          </w:p>
        </w:tc>
      </w:tr>
    </w:tbl>
    <w:p/>
    <w:p>
      <w:r>
        <w:t>Lembar 1: Pembeli  ·  Lembar 2: Arsip (kembali bertanda tangan)  ·  Lembar 3: Sopir/Gudang</w:t>
      </w:r>
    </w:p>
    <w:p>
      <w:r>
        <w:t>Template gratis dari Niagawan — niagawan.com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