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i w:val="0"/>
          <w:color w:val="0A2540"/>
          <w:sz w:val="36"/>
        </w:rPr>
        <w:t>BERITA ACARA SERAH TERIMA PEKERJAAN</w:t>
      </w:r>
    </w:p>
    <w:p>
      <w:pPr>
        <w:spacing w:after="160"/>
        <w:jc w:val="center"/>
      </w:pPr>
      <w:r>
        <w:rPr>
          <w:rFonts w:ascii="Arial" w:hAnsi="Arial"/>
          <w:b w:val="0"/>
          <w:i w:val="0"/>
          <w:color w:val="5B6675"/>
          <w:sz w:val="17"/>
        </w:rPr>
        <w:t>Bukti pekerjaan atau proyek sudah diserahkan dan diterima  ·  Indonesia</w:t>
      </w:r>
    </w:p>
    <w:tbl>
      <w:tblPr>
        <w:tblStyle w:val="TableGrid"/>
        <w:tblW w:type="auto" w:w="0"/>
        <w:tblLook w:firstColumn="1" w:firstRow="1" w:lastColumn="0" w:lastRow="0" w:noHBand="0" w:noVBand="1" w:val="04A0"/>
      </w:tblPr>
      <w:tblGrid>
        <w:gridCol w:w="10200"/>
      </w:tblGrid>
      <w:tr>
        <w:tc>
          <w:tcPr>
            <w:tcW w:type="dxa" w:w="10200"/>
          </w:tcPr>
          <w:p>
            <w:pPr>
              <w:spacing w:after="20"/>
            </w:pPr>
            <w:r/>
            <w:r>
              <w:rPr>
                <w:rFonts w:ascii="Arial" w:hAnsi="Arial"/>
                <w:b/>
                <w:color w:val="0A2540"/>
                <w:sz w:val="22"/>
              </w:rPr>
              <w:t>[   ]  BAST 1 — serah terima pertama          [   ]  BAST 2 — serah terima akhir</w:t>
            </w:r>
          </w:p>
        </w:tc>
      </w:tr>
    </w:tbl>
    <w:p>
      <w:pPr>
        <w:spacing w:after="160"/>
      </w:pPr>
      <w:r>
        <w:rPr>
          <w:rFonts w:ascii="Arial" w:hAnsi="Arial"/>
          <w:b w:val="0"/>
          <w:i w:val="0"/>
          <w:color w:val="5B6675"/>
          <w:sz w:val="16"/>
        </w:rPr>
        <w:t>Centang salah satu. BAST 1 diteken saat pekerjaan selesai dikerjakan; BAST 2 diteken setelah masa pemeliharaan habis dan semua perbaikan beres.</w:t>
      </w:r>
    </w:p>
    <w:tbl>
      <w:tblPr>
        <w:tblStyle w:val="TableGrid"/>
        <w:tblW w:type="auto" w:w="0"/>
        <w:tblLook w:firstColumn="1" w:firstRow="1" w:lastColumn="0" w:lastRow="0" w:noHBand="0" w:noVBand="1" w:val="04A0"/>
        <w:tblLayout w:type="fixed"/>
      </w:tblPr>
      <w:tblGrid>
        <w:gridCol w:w="2495"/>
        <w:gridCol w:w="7258"/>
      </w:tblGrid>
      <w:tr>
        <w:tc>
          <w:tcPr>
            <w:tcW w:type="dxa" w:w="2494"/>
          </w:tcPr>
          <w:p>
            <w:pPr>
              <w:spacing w:after="20"/>
            </w:pPr>
            <w:r/>
            <w:r>
              <w:rPr>
                <w:rFonts w:ascii="Arial" w:hAnsi="Arial"/>
                <w:b/>
                <w:color w:val="0A2540"/>
                <w:sz w:val="18"/>
              </w:rPr>
              <w:t>No. BAST</w:t>
            </w:r>
          </w:p>
        </w:tc>
        <w:tc>
          <w:tcPr>
            <w:tcW w:type="dxa" w:w="7257"/>
          </w:tcPr>
          <w:p>
            <w:pPr>
              <w:spacing w:after="20"/>
            </w:pPr>
            <w:r/>
            <w:r>
              <w:rPr>
                <w:rFonts w:ascii="Arial" w:hAnsi="Arial"/>
                <w:b w:val="0"/>
                <w:color w:val="5B6675"/>
                <w:sz w:val="18"/>
              </w:rPr>
              <w:t>[BAST-2026-0001-1]</w:t>
            </w:r>
          </w:p>
        </w:tc>
      </w:tr>
      <w:tr>
        <w:tc>
          <w:tcPr>
            <w:tcW w:type="dxa" w:w="2494"/>
          </w:tcPr>
          <w:p>
            <w:pPr>
              <w:spacing w:after="20"/>
            </w:pPr>
            <w:r/>
            <w:r>
              <w:rPr>
                <w:rFonts w:ascii="Arial" w:hAnsi="Arial"/>
                <w:b/>
                <w:color w:val="0A2540"/>
                <w:sz w:val="18"/>
              </w:rPr>
              <w:t>Hari</w:t>
            </w:r>
          </w:p>
        </w:tc>
        <w:tc>
          <w:tcPr>
            <w:tcW w:type="dxa" w:w="7257"/>
          </w:tcPr>
          <w:p>
            <w:pPr>
              <w:spacing w:after="20"/>
            </w:pPr>
            <w:r/>
            <w:r>
              <w:rPr>
                <w:rFonts w:ascii="Arial" w:hAnsi="Arial"/>
                <w:b w:val="0"/>
                <w:color w:val="5B6675"/>
                <w:sz w:val="18"/>
              </w:rPr>
              <w:t>[mis. Rabu]</w:t>
            </w:r>
          </w:p>
        </w:tc>
      </w:tr>
      <w:tr>
        <w:tc>
          <w:tcPr>
            <w:tcW w:type="dxa" w:w="2494"/>
          </w:tcPr>
          <w:p>
            <w:pPr>
              <w:spacing w:after="20"/>
            </w:pPr>
            <w:r/>
            <w:r>
              <w:rPr>
                <w:rFonts w:ascii="Arial" w:hAnsi="Arial"/>
                <w:b/>
                <w:color w:val="0A2540"/>
                <w:sz w:val="18"/>
              </w:rPr>
              <w:t>Tanggal</w:t>
            </w:r>
          </w:p>
        </w:tc>
        <w:tc>
          <w:tcPr>
            <w:tcW w:type="dxa" w:w="7257"/>
          </w:tcPr>
          <w:p>
            <w:pPr>
              <w:spacing w:after="20"/>
            </w:pPr>
            <w:r/>
            <w:r>
              <w:rPr>
                <w:rFonts w:ascii="Arial" w:hAnsi="Arial"/>
                <w:b w:val="0"/>
                <w:color w:val="5B6675"/>
                <w:sz w:val="18"/>
              </w:rPr>
              <w:t>[DD/MM/YYYY]</w:t>
            </w:r>
          </w:p>
        </w:tc>
      </w:tr>
      <w:tr>
        <w:tc>
          <w:tcPr>
            <w:tcW w:type="dxa" w:w="2494"/>
          </w:tcPr>
          <w:p>
            <w:pPr>
              <w:spacing w:after="20"/>
            </w:pPr>
            <w:r/>
            <w:r>
              <w:rPr>
                <w:rFonts w:ascii="Arial" w:hAnsi="Arial"/>
                <w:b/>
                <w:color w:val="0A2540"/>
                <w:sz w:val="18"/>
              </w:rPr>
              <w:t>Tempat</w:t>
            </w:r>
          </w:p>
        </w:tc>
        <w:tc>
          <w:tcPr>
            <w:tcW w:type="dxa" w:w="7257"/>
          </w:tcPr>
          <w:p>
            <w:pPr>
              <w:spacing w:after="20"/>
            </w:pPr>
            <w:r/>
            <w:r>
              <w:rPr>
                <w:rFonts w:ascii="Arial" w:hAnsi="Arial"/>
                <w:b w:val="0"/>
                <w:color w:val="5B6675"/>
                <w:sz w:val="18"/>
              </w:rPr>
              <w:t>[lokasi pekerjaan]</w:t>
            </w:r>
          </w:p>
        </w:tc>
      </w:tr>
    </w:tbl>
    <w:p>
      <w:pPr>
        <w:spacing w:after="120"/>
      </w:pPr>
      <w:r>
        <w:rPr>
          <w:rFonts w:ascii="Arial" w:hAnsi="Arial"/>
          <w:b w:val="0"/>
          <w:i w:val="0"/>
          <w:color w:val="0A2540"/>
          <w:sz w:val="20"/>
        </w:rPr>
      </w:r>
    </w:p>
    <w:tbl>
      <w:tblPr>
        <w:tblStyle w:val="TableGrid"/>
        <w:tblW w:type="auto" w:w="0"/>
        <w:tblLook w:firstColumn="1" w:firstRow="1" w:lastColumn="0" w:lastRow="0" w:noHBand="0" w:noVBand="1" w:val="04A0"/>
        <w:tblLayout w:type="fixed"/>
      </w:tblPr>
      <w:tblGrid>
        <w:gridCol w:w="1928"/>
        <w:gridCol w:w="2948"/>
        <w:gridCol w:w="1928"/>
        <w:gridCol w:w="2948"/>
      </w:tblGrid>
      <w:tr>
        <w:tc>
          <w:tcPr>
            <w:tcW w:type="dxa" w:w="1928"/>
          </w:tcPr>
          <w:p>
            <w:pPr>
              <w:spacing w:after="20"/>
            </w:pPr>
            <w:r/>
            <w:r>
              <w:rPr>
                <w:rFonts w:ascii="Arial" w:hAnsi="Arial"/>
                <w:b/>
                <w:color w:val="0A2540"/>
                <w:sz w:val="18"/>
              </w:rPr>
              <w:t>PIHAK PERTAMA</w:t>
            </w:r>
          </w:p>
        </w:tc>
        <w:tc>
          <w:tcPr>
            <w:tcW w:type="dxa" w:w="2948"/>
          </w:tcPr>
          <w:p>
            <w:pPr>
              <w:spacing w:after="20"/>
            </w:pPr>
            <w:r/>
            <w:r>
              <w:rPr>
                <w:rFonts w:ascii="Arial" w:hAnsi="Arial"/>
                <w:b w:val="0"/>
                <w:color w:val="5B6675"/>
                <w:sz w:val="16"/>
              </w:rPr>
              <w:t>yang menyerahkan</w:t>
            </w:r>
          </w:p>
        </w:tc>
        <w:tc>
          <w:tcPr>
            <w:tcW w:type="dxa" w:w="1928"/>
          </w:tcPr>
          <w:p>
            <w:pPr>
              <w:spacing w:after="20"/>
            </w:pPr>
            <w:r/>
            <w:r>
              <w:rPr>
                <w:rFonts w:ascii="Arial" w:hAnsi="Arial"/>
                <w:b/>
                <w:color w:val="0A2540"/>
                <w:sz w:val="18"/>
              </w:rPr>
              <w:t>PIHAK KEDUA</w:t>
            </w:r>
          </w:p>
        </w:tc>
        <w:tc>
          <w:tcPr>
            <w:tcW w:type="dxa" w:w="2948"/>
          </w:tcPr>
          <w:p>
            <w:pPr>
              <w:spacing w:after="20"/>
            </w:pPr>
            <w:r/>
            <w:r>
              <w:rPr>
                <w:rFonts w:ascii="Arial" w:hAnsi="Arial"/>
                <w:b w:val="0"/>
                <w:color w:val="5B6675"/>
                <w:sz w:val="16"/>
              </w:rPr>
              <w:t>yang menerima</w:t>
            </w:r>
          </w:p>
        </w:tc>
      </w:tr>
      <w:tr>
        <w:tc>
          <w:tcPr>
            <w:tcW w:type="dxa" w:w="1928"/>
          </w:tcPr>
          <w:p>
            <w:pPr>
              <w:spacing w:after="20"/>
            </w:pPr>
            <w:r/>
            <w:r>
              <w:rPr>
                <w:rFonts w:ascii="Arial" w:hAnsi="Arial"/>
                <w:b/>
                <w:color w:val="0A2540"/>
                <w:sz w:val="18"/>
              </w:rPr>
              <w:t>Nama</w:t>
            </w:r>
          </w:p>
        </w:tc>
        <w:tc>
          <w:tcPr>
            <w:tcW w:type="dxa" w:w="2948"/>
          </w:tcPr>
          <w:p>
            <w:pPr>
              <w:spacing w:after="20"/>
            </w:pPr>
            <w:r/>
            <w:r>
              <w:rPr>
                <w:rFonts w:ascii="Arial" w:hAnsi="Arial"/>
                <w:b w:val="0"/>
                <w:color w:val="5B6675"/>
                <w:sz w:val="18"/>
              </w:rPr>
              <w:t>[nama lengkap]</w:t>
            </w:r>
          </w:p>
        </w:tc>
        <w:tc>
          <w:tcPr>
            <w:tcW w:type="dxa" w:w="1928"/>
          </w:tcPr>
          <w:p>
            <w:pPr>
              <w:spacing w:after="20"/>
            </w:pPr>
            <w:r/>
            <w:r>
              <w:rPr>
                <w:rFonts w:ascii="Arial" w:hAnsi="Arial"/>
                <w:b/>
                <w:color w:val="0A2540"/>
                <w:sz w:val="18"/>
              </w:rPr>
              <w:t>Nama</w:t>
            </w:r>
          </w:p>
        </w:tc>
        <w:tc>
          <w:tcPr>
            <w:tcW w:type="dxa" w:w="2948"/>
          </w:tcPr>
          <w:p>
            <w:pPr>
              <w:spacing w:after="20"/>
            </w:pPr>
            <w:r/>
            <w:r>
              <w:rPr>
                <w:rFonts w:ascii="Arial" w:hAnsi="Arial"/>
                <w:b w:val="0"/>
                <w:color w:val="5B6675"/>
                <w:sz w:val="18"/>
              </w:rPr>
              <w:t>[nama lengkap]</w:t>
            </w:r>
          </w:p>
        </w:tc>
      </w:tr>
      <w:tr>
        <w:tc>
          <w:tcPr>
            <w:tcW w:type="dxa" w:w="1928"/>
          </w:tcPr>
          <w:p>
            <w:pPr>
              <w:spacing w:after="20"/>
            </w:pPr>
            <w:r/>
            <w:r>
              <w:rPr>
                <w:rFonts w:ascii="Arial" w:hAnsi="Arial"/>
                <w:b/>
                <w:color w:val="0A2540"/>
                <w:sz w:val="18"/>
              </w:rPr>
              <w:t>Jabatan</w:t>
            </w:r>
          </w:p>
        </w:tc>
        <w:tc>
          <w:tcPr>
            <w:tcW w:type="dxa" w:w="2948"/>
          </w:tcPr>
          <w:p>
            <w:pPr>
              <w:spacing w:after="20"/>
            </w:pPr>
            <w:r/>
            <w:r>
              <w:rPr>
                <w:rFonts w:ascii="Arial" w:hAnsi="Arial"/>
                <w:b w:val="0"/>
                <w:color w:val="5B6675"/>
                <w:sz w:val="18"/>
              </w:rPr>
              <w:t>[mis. Pemilik / Kepala gudang]</w:t>
            </w:r>
          </w:p>
        </w:tc>
        <w:tc>
          <w:tcPr>
            <w:tcW w:type="dxa" w:w="1928"/>
          </w:tcPr>
          <w:p>
            <w:pPr>
              <w:spacing w:after="20"/>
            </w:pPr>
            <w:r/>
            <w:r>
              <w:rPr>
                <w:rFonts w:ascii="Arial" w:hAnsi="Arial"/>
                <w:b/>
                <w:color w:val="0A2540"/>
                <w:sz w:val="18"/>
              </w:rPr>
              <w:t>Jabatan</w:t>
            </w:r>
          </w:p>
        </w:tc>
        <w:tc>
          <w:tcPr>
            <w:tcW w:type="dxa" w:w="2948"/>
          </w:tcPr>
          <w:p>
            <w:pPr>
              <w:spacing w:after="20"/>
            </w:pPr>
            <w:r/>
            <w:r>
              <w:rPr>
                <w:rFonts w:ascii="Arial" w:hAnsi="Arial"/>
                <w:b w:val="0"/>
                <w:color w:val="5B6675"/>
                <w:sz w:val="18"/>
              </w:rPr>
              <w:t>[mis. Pemilik / Kepala gudang]</w:t>
            </w:r>
          </w:p>
        </w:tc>
      </w:tr>
      <w:tr>
        <w:tc>
          <w:tcPr>
            <w:tcW w:type="dxa" w:w="1928"/>
          </w:tcPr>
          <w:p>
            <w:pPr>
              <w:spacing w:after="20"/>
            </w:pPr>
            <w:r/>
            <w:r>
              <w:rPr>
                <w:rFonts w:ascii="Arial" w:hAnsi="Arial"/>
                <w:b/>
                <w:color w:val="0A2540"/>
                <w:sz w:val="18"/>
              </w:rPr>
              <w:t>Nama usaha</w:t>
            </w:r>
          </w:p>
        </w:tc>
        <w:tc>
          <w:tcPr>
            <w:tcW w:type="dxa" w:w="2948"/>
          </w:tcPr>
          <w:p>
            <w:pPr>
              <w:spacing w:after="20"/>
            </w:pPr>
            <w:r/>
            <w:r>
              <w:rPr>
                <w:rFonts w:ascii="Arial" w:hAnsi="Arial"/>
                <w:b w:val="0"/>
                <w:color w:val="5B6675"/>
                <w:sz w:val="18"/>
              </w:rPr>
              <w:t>[nama usaha atau instansi]</w:t>
            </w:r>
          </w:p>
        </w:tc>
        <w:tc>
          <w:tcPr>
            <w:tcW w:type="dxa" w:w="1928"/>
          </w:tcPr>
          <w:p>
            <w:pPr>
              <w:spacing w:after="20"/>
            </w:pPr>
            <w:r/>
            <w:r>
              <w:rPr>
                <w:rFonts w:ascii="Arial" w:hAnsi="Arial"/>
                <w:b/>
                <w:color w:val="0A2540"/>
                <w:sz w:val="18"/>
              </w:rPr>
              <w:t>Nama usaha</w:t>
            </w:r>
          </w:p>
        </w:tc>
        <w:tc>
          <w:tcPr>
            <w:tcW w:type="dxa" w:w="2948"/>
          </w:tcPr>
          <w:p>
            <w:pPr>
              <w:spacing w:after="20"/>
            </w:pPr>
            <w:r/>
            <w:r>
              <w:rPr>
                <w:rFonts w:ascii="Arial" w:hAnsi="Arial"/>
                <w:b w:val="0"/>
                <w:color w:val="5B6675"/>
                <w:sz w:val="18"/>
              </w:rPr>
              <w:t>[nama usaha atau instansi]</w:t>
            </w:r>
          </w:p>
        </w:tc>
      </w:tr>
      <w:tr>
        <w:tc>
          <w:tcPr>
            <w:tcW w:type="dxa" w:w="1928"/>
          </w:tcPr>
          <w:p>
            <w:pPr>
              <w:spacing w:after="20"/>
            </w:pPr>
            <w:r/>
            <w:r>
              <w:rPr>
                <w:rFonts w:ascii="Arial" w:hAnsi="Arial"/>
                <w:b/>
                <w:color w:val="0A2540"/>
                <w:sz w:val="18"/>
              </w:rPr>
              <w:t>Alamat</w:t>
            </w:r>
          </w:p>
        </w:tc>
        <w:tc>
          <w:tcPr>
            <w:tcW w:type="dxa" w:w="2948"/>
          </w:tcPr>
          <w:p>
            <w:pPr>
              <w:spacing w:after="20"/>
            </w:pPr>
            <w:r/>
            <w:r>
              <w:rPr>
                <w:rFonts w:ascii="Arial" w:hAnsi="Arial"/>
                <w:b w:val="0"/>
                <w:color w:val="5B6675"/>
                <w:sz w:val="18"/>
              </w:rPr>
              <w:t>[alamat usaha]</w:t>
            </w:r>
          </w:p>
        </w:tc>
        <w:tc>
          <w:tcPr>
            <w:tcW w:type="dxa" w:w="1928"/>
          </w:tcPr>
          <w:p>
            <w:pPr>
              <w:spacing w:after="20"/>
            </w:pPr>
            <w:r/>
            <w:r>
              <w:rPr>
                <w:rFonts w:ascii="Arial" w:hAnsi="Arial"/>
                <w:b/>
                <w:color w:val="0A2540"/>
                <w:sz w:val="18"/>
              </w:rPr>
              <w:t>Alamat</w:t>
            </w:r>
          </w:p>
        </w:tc>
        <w:tc>
          <w:tcPr>
            <w:tcW w:type="dxa" w:w="2948"/>
          </w:tcPr>
          <w:p>
            <w:pPr>
              <w:spacing w:after="20"/>
            </w:pPr>
            <w:r/>
            <w:r>
              <w:rPr>
                <w:rFonts w:ascii="Arial" w:hAnsi="Arial"/>
                <w:b w:val="0"/>
                <w:color w:val="5B6675"/>
                <w:sz w:val="18"/>
              </w:rPr>
              <w:t>[alamat usaha]</w:t>
            </w:r>
          </w:p>
        </w:tc>
      </w:tr>
      <w:tr>
        <w:tc>
          <w:tcPr>
            <w:tcW w:type="dxa" w:w="1928"/>
          </w:tcPr>
          <w:p>
            <w:pPr>
              <w:spacing w:after="20"/>
            </w:pPr>
            <w:r/>
            <w:r>
              <w:rPr>
                <w:rFonts w:ascii="Arial" w:hAnsi="Arial"/>
                <w:b/>
                <w:color w:val="0A2540"/>
                <w:sz w:val="18"/>
              </w:rPr>
              <w:t>No. HP / WhatsApp</w:t>
            </w:r>
          </w:p>
        </w:tc>
        <w:tc>
          <w:tcPr>
            <w:tcW w:type="dxa" w:w="2948"/>
          </w:tcPr>
          <w:p>
            <w:pPr>
              <w:spacing w:after="20"/>
            </w:pPr>
            <w:r/>
            <w:r>
              <w:rPr>
                <w:rFonts w:ascii="Arial" w:hAnsi="Arial"/>
                <w:b w:val="0"/>
                <w:color w:val="5B6675"/>
                <w:sz w:val="18"/>
              </w:rPr>
              <w:t>[08xx xxxx xxxx]</w:t>
            </w:r>
          </w:p>
        </w:tc>
        <w:tc>
          <w:tcPr>
            <w:tcW w:type="dxa" w:w="1928"/>
          </w:tcPr>
          <w:p>
            <w:pPr>
              <w:spacing w:after="20"/>
            </w:pPr>
            <w:r/>
            <w:r>
              <w:rPr>
                <w:rFonts w:ascii="Arial" w:hAnsi="Arial"/>
                <w:b/>
                <w:color w:val="0A2540"/>
                <w:sz w:val="18"/>
              </w:rPr>
              <w:t>No. HP / WhatsApp</w:t>
            </w:r>
          </w:p>
        </w:tc>
        <w:tc>
          <w:tcPr>
            <w:tcW w:type="dxa" w:w="2948"/>
          </w:tcPr>
          <w:p>
            <w:pPr>
              <w:spacing w:after="20"/>
            </w:pPr>
            <w:r/>
            <w:r>
              <w:rPr>
                <w:rFonts w:ascii="Arial" w:hAnsi="Arial"/>
                <w:b w:val="0"/>
                <w:color w:val="5B6675"/>
                <w:sz w:val="18"/>
              </w:rPr>
              <w:t>[08xx xxxx xxxx]</w:t>
            </w:r>
          </w:p>
        </w:tc>
      </w:tr>
    </w:tbl>
    <w:p>
      <w:pPr>
        <w:spacing w:after="120"/>
      </w:pPr>
      <w:r>
        <w:rPr>
          <w:rFonts w:ascii="Arial" w:hAnsi="Arial"/>
          <w:b w:val="0"/>
          <w:i w:val="0"/>
          <w:color w:val="0A2540"/>
          <w:sz w:val="20"/>
        </w:rPr>
      </w:r>
    </w:p>
    <w:p>
      <w:pPr>
        <w:spacing w:after="160"/>
      </w:pPr>
      <w:r>
        <w:rPr>
          <w:rFonts w:ascii="Arial" w:hAnsi="Arial"/>
          <w:b w:val="0"/>
          <w:i w:val="0"/>
          <w:color w:val="0A2540"/>
          <w:sz w:val="19"/>
        </w:rPr>
        <w:t>PIHAK PERTAMA menyerahkan kepada PIHAK KEDUA, dan PIHAK KEDUA menerima dari PIHAK PERTAMA, hasil pekerjaan dengan lingkup, waktu, dan nilai sebagaimana tertulis di bawah ini, dan menyatakan pekerjaan tersebut telah selesai dikerjakan dan diterima.</w:t>
      </w:r>
    </w:p>
    <w:p>
      <w:pPr>
        <w:spacing w:after="40"/>
      </w:pPr>
      <w:r>
        <w:rPr>
          <w:rFonts w:ascii="Arial" w:hAnsi="Arial"/>
          <w:b/>
          <w:i w:val="0"/>
          <w:color w:val="0A2540"/>
          <w:sz w:val="19"/>
        </w:rPr>
        <w:t>LINGKUP PEKERJAAN</w:t>
      </w:r>
    </w:p>
    <w:p>
      <w:pPr>
        <w:spacing w:after="60"/>
      </w:pPr>
      <w:r>
        <w:rPr>
          <w:rFonts w:ascii="Arial" w:hAnsi="Arial"/>
          <w:b w:val="0"/>
          <w:i w:val="0"/>
          <w:color w:val="5B6675"/>
          <w:sz w:val="16"/>
        </w:rPr>
        <w:t>Uraikan sespesifik mungkin — bukan "renovasi ruko", tapi "pengecatan ulang 2 lantai, pemasangan plafon gypsum, penggantian instalasi listrik lantai 2".</w:t>
      </w:r>
    </w:p>
    <w:tbl>
      <w:tblPr>
        <w:tblStyle w:val="TableGrid"/>
        <w:tblW w:type="auto" w:w="0"/>
        <w:tblLook w:firstColumn="1" w:firstRow="1" w:lastColumn="0" w:lastRow="0" w:noHBand="0" w:noVBand="1" w:val="04A0"/>
      </w:tblPr>
      <w:tblGrid>
        <w:gridCol w:w="10200"/>
      </w:tblGrid>
      <w:tr>
        <w:trPr>
          <w:trHeight w:val="400"/>
        </w:trPr>
        <w:tc>
          <w:tcPr>
            <w:tcW w:type="dxa" w:w="10200"/>
          </w:tcPr>
          <w:p>
            <w:pPr>
              <w:spacing w:after="20"/>
            </w:pPr>
            <w:r/>
            <w:r>
              <w:rPr>
                <w:rFonts w:ascii="Arial" w:hAnsi="Arial"/>
                <w:b w:val="0"/>
                <w:color w:val="0A2540"/>
                <w:sz w:val="20"/>
              </w:rPr>
            </w:r>
          </w:p>
        </w:tc>
      </w:tr>
      <w:tr>
        <w:trPr>
          <w:trHeight w:val="400"/>
        </w:trPr>
        <w:tc>
          <w:tcPr>
            <w:tcW w:type="dxa" w:w="10200"/>
          </w:tcPr>
          <w:p>
            <w:pPr>
              <w:spacing w:after="20"/>
            </w:pPr>
            <w:r/>
            <w:r>
              <w:rPr>
                <w:rFonts w:ascii="Arial" w:hAnsi="Arial"/>
                <w:b w:val="0"/>
                <w:color w:val="0A2540"/>
                <w:sz w:val="20"/>
              </w:rPr>
            </w:r>
          </w:p>
        </w:tc>
      </w:tr>
      <w:tr>
        <w:trPr>
          <w:trHeight w:val="400"/>
        </w:trPr>
        <w:tc>
          <w:tcPr>
            <w:tcW w:type="dxa" w:w="10200"/>
          </w:tcPr>
          <w:p>
            <w:pPr>
              <w:spacing w:after="20"/>
            </w:pPr>
            <w:r/>
            <w:r>
              <w:rPr>
                <w:rFonts w:ascii="Arial" w:hAnsi="Arial"/>
                <w:b w:val="0"/>
                <w:color w:val="0A2540"/>
                <w:sz w:val="20"/>
              </w:rPr>
            </w:r>
          </w:p>
        </w:tc>
      </w:tr>
      <w:tr>
        <w:trPr>
          <w:trHeight w:val="400"/>
        </w:trPr>
        <w:tc>
          <w:tcPr>
            <w:tcW w:type="dxa" w:w="10200"/>
          </w:tcPr>
          <w:p>
            <w:pPr>
              <w:spacing w:after="20"/>
            </w:pPr>
            <w:r/>
            <w:r>
              <w:rPr>
                <w:rFonts w:ascii="Arial" w:hAnsi="Arial"/>
                <w:b w:val="0"/>
                <w:color w:val="0A2540"/>
                <w:sz w:val="20"/>
              </w:rPr>
            </w:r>
          </w:p>
        </w:tc>
      </w:tr>
    </w:tbl>
    <w:p>
      <w:pPr>
        <w:spacing w:after="120"/>
      </w:pPr>
      <w:r>
        <w:rPr>
          <w:rFonts w:ascii="Arial" w:hAnsi="Arial"/>
          <w:b w:val="0"/>
          <w:i w:val="0"/>
          <w:color w:val="0A2540"/>
          <w:sz w:val="20"/>
        </w:rPr>
      </w:r>
    </w:p>
    <w:tbl>
      <w:tblPr>
        <w:tblStyle w:val="TableGrid"/>
        <w:tblW w:type="auto" w:w="0"/>
        <w:tblLook w:firstColumn="1" w:firstRow="1" w:lastColumn="0" w:lastRow="0" w:noHBand="0" w:noVBand="1" w:val="04A0"/>
        <w:tblLayout w:type="fixed"/>
      </w:tblPr>
      <w:tblGrid>
        <w:gridCol w:w="3402"/>
        <w:gridCol w:w="6350"/>
      </w:tblGrid>
      <w:tr>
        <w:tc>
          <w:tcPr>
            <w:tcW w:type="dxa" w:w="3402"/>
          </w:tcPr>
          <w:p>
            <w:pPr>
              <w:spacing w:after="20"/>
            </w:pPr>
            <w:r/>
            <w:r>
              <w:rPr>
                <w:rFonts w:ascii="Arial" w:hAnsi="Arial"/>
                <w:b/>
                <w:color w:val="0A2540"/>
                <w:sz w:val="18"/>
              </w:rPr>
              <w:t>Tanggal mulai</w:t>
            </w:r>
          </w:p>
        </w:tc>
        <w:tc>
          <w:tcPr>
            <w:tcW w:type="dxa" w:w="6350"/>
          </w:tcPr>
          <w:p>
            <w:pPr>
              <w:spacing w:after="20"/>
            </w:pPr>
            <w:r/>
            <w:r>
              <w:rPr>
                <w:rFonts w:ascii="Arial" w:hAnsi="Arial"/>
                <w:b w:val="0"/>
                <w:color w:val="5B6675"/>
                <w:sz w:val="18"/>
              </w:rPr>
              <w:t>[DD/MM/YYYY]</w:t>
            </w:r>
          </w:p>
        </w:tc>
      </w:tr>
      <w:tr>
        <w:tc>
          <w:tcPr>
            <w:tcW w:type="dxa" w:w="3402"/>
          </w:tcPr>
          <w:p>
            <w:pPr>
              <w:spacing w:after="20"/>
            </w:pPr>
            <w:r/>
            <w:r>
              <w:rPr>
                <w:rFonts w:ascii="Arial" w:hAnsi="Arial"/>
                <w:b/>
                <w:color w:val="0A2540"/>
                <w:sz w:val="18"/>
              </w:rPr>
              <w:t>Tanggal selesai</w:t>
            </w:r>
          </w:p>
        </w:tc>
        <w:tc>
          <w:tcPr>
            <w:tcW w:type="dxa" w:w="6350"/>
          </w:tcPr>
          <w:p>
            <w:pPr>
              <w:spacing w:after="20"/>
            </w:pPr>
            <w:r/>
            <w:r>
              <w:rPr>
                <w:rFonts w:ascii="Arial" w:hAnsi="Arial"/>
                <w:b w:val="0"/>
                <w:color w:val="5B6675"/>
                <w:sz w:val="18"/>
              </w:rPr>
              <w:t>[DD/MM/YYYY]</w:t>
            </w:r>
          </w:p>
        </w:tc>
      </w:tr>
      <w:tr>
        <w:tc>
          <w:tcPr>
            <w:tcW w:type="dxa" w:w="3402"/>
          </w:tcPr>
          <w:p>
            <w:pPr>
              <w:spacing w:after="20"/>
            </w:pPr>
            <w:r/>
            <w:r>
              <w:rPr>
                <w:rFonts w:ascii="Arial" w:hAnsi="Arial"/>
                <w:b/>
                <w:color w:val="0A2540"/>
                <w:sz w:val="18"/>
              </w:rPr>
              <w:t>Nilai pekerjaan (Rp)</w:t>
            </w:r>
          </w:p>
        </w:tc>
        <w:tc>
          <w:tcPr>
            <w:tcW w:type="dxa" w:w="6350"/>
          </w:tcPr>
          <w:p>
            <w:pPr>
              <w:spacing w:after="20"/>
            </w:pPr>
            <w:r/>
            <w:r>
              <w:rPr>
                <w:rFonts w:ascii="Arial" w:hAnsi="Arial"/>
                <w:b w:val="0"/>
                <w:color w:val="5B6675"/>
                <w:sz w:val="18"/>
              </w:rPr>
              <w:t>[nilai total sesuai kontrak]</w:t>
            </w:r>
          </w:p>
        </w:tc>
      </w:tr>
      <w:tr>
        <w:tc>
          <w:tcPr>
            <w:tcW w:type="dxa" w:w="3402"/>
          </w:tcPr>
          <w:p>
            <w:pPr>
              <w:spacing w:after="20"/>
            </w:pPr>
            <w:r/>
            <w:r>
              <w:rPr>
                <w:rFonts w:ascii="Arial" w:hAnsi="Arial"/>
                <w:b/>
                <w:color w:val="0A2540"/>
                <w:sz w:val="18"/>
              </w:rPr>
              <w:t>Termin yang ditutup BAST ini</w:t>
            </w:r>
          </w:p>
        </w:tc>
        <w:tc>
          <w:tcPr>
            <w:tcW w:type="dxa" w:w="6350"/>
          </w:tcPr>
          <w:p>
            <w:pPr>
              <w:spacing w:after="20"/>
            </w:pPr>
            <w:r/>
            <w:r>
              <w:rPr>
                <w:rFonts w:ascii="Arial" w:hAnsi="Arial"/>
                <w:b w:val="0"/>
                <w:color w:val="5B6675"/>
                <w:sz w:val="18"/>
              </w:rPr>
              <w:t>[mis. termin 2 dari 3]</w:t>
            </w:r>
          </w:p>
        </w:tc>
      </w:tr>
      <w:tr>
        <w:tc>
          <w:tcPr>
            <w:tcW w:type="dxa" w:w="3402"/>
          </w:tcPr>
          <w:p>
            <w:pPr>
              <w:spacing w:after="20"/>
            </w:pPr>
            <w:r/>
            <w:r>
              <w:rPr>
                <w:rFonts w:ascii="Arial" w:hAnsi="Arial"/>
                <w:b/>
                <w:color w:val="0A2540"/>
                <w:sz w:val="18"/>
              </w:rPr>
              <w:t>Nilai termin ini (Rp)</w:t>
            </w:r>
          </w:p>
        </w:tc>
        <w:tc>
          <w:tcPr>
            <w:tcW w:type="dxa" w:w="6350"/>
          </w:tcPr>
          <w:p>
            <w:pPr>
              <w:spacing w:after="20"/>
            </w:pPr>
            <w:r/>
            <w:r>
              <w:rPr>
                <w:rFonts w:ascii="Arial" w:hAnsi="Arial"/>
                <w:b w:val="0"/>
                <w:color w:val="5B6675"/>
                <w:sz w:val="18"/>
              </w:rPr>
              <w:t>[nilai yang ditutup]</w:t>
            </w:r>
          </w:p>
        </w:tc>
      </w:tr>
    </w:tbl>
    <w:p>
      <w:pPr>
        <w:spacing w:after="120"/>
      </w:pPr>
      <w:r>
        <w:rPr>
          <w:rFonts w:ascii="Arial" w:hAnsi="Arial"/>
          <w:b w:val="0"/>
          <w:i w:val="0"/>
          <w:color w:val="0A2540"/>
          <w:sz w:val="20"/>
        </w:rPr>
      </w:r>
    </w:p>
    <w:p>
      <w:pPr>
        <w:spacing w:after="60"/>
      </w:pPr>
      <w:r>
        <w:rPr>
          <w:rFonts w:ascii="Arial" w:hAnsi="Arial"/>
          <w:b/>
          <w:i w:val="0"/>
          <w:color w:val="0A2540"/>
          <w:sz w:val="19"/>
        </w:rPr>
        <w:t>RINCIAN TERMIN (opsional)</w:t>
      </w:r>
    </w:p>
    <w:tbl>
      <w:tblPr>
        <w:tblStyle w:val="TableGrid"/>
        <w:tblW w:type="auto" w:w="0"/>
        <w:tblLook w:firstColumn="1" w:firstRow="1" w:lastColumn="0" w:lastRow="0" w:noHBand="0" w:noVBand="1" w:val="04A0"/>
        <w:tblLayout w:type="fixed"/>
      </w:tblPr>
      <w:tblGrid>
        <w:gridCol w:w="1474"/>
        <w:gridCol w:w="5670"/>
        <w:gridCol w:w="2608"/>
      </w:tblGrid>
      <w:tr>
        <w:tc>
          <w:tcPr>
            <w:tcW w:type="dxa" w:w="1474"/>
          </w:tcPr>
          <w:p>
            <w:pPr>
              <w:spacing w:after="20"/>
            </w:pPr>
            <w:r/>
            <w:r>
              <w:rPr>
                <w:rFonts w:ascii="Arial" w:hAnsi="Arial"/>
                <w:b/>
                <w:color w:val="0A2540"/>
                <w:sz w:val="18"/>
              </w:rPr>
              <w:t>Termin</w:t>
            </w:r>
          </w:p>
        </w:tc>
        <w:tc>
          <w:tcPr>
            <w:tcW w:type="dxa" w:w="5669"/>
          </w:tcPr>
          <w:p>
            <w:pPr>
              <w:spacing w:after="20"/>
            </w:pPr>
            <w:r/>
            <w:r>
              <w:rPr>
                <w:rFonts w:ascii="Arial" w:hAnsi="Arial"/>
                <w:b/>
                <w:color w:val="0A2540"/>
                <w:sz w:val="18"/>
              </w:rPr>
              <w:t>Uraian</w:t>
            </w:r>
          </w:p>
        </w:tc>
        <w:tc>
          <w:tcPr>
            <w:tcW w:type="dxa" w:w="2608"/>
          </w:tcPr>
          <w:p>
            <w:pPr>
              <w:spacing w:after="20"/>
            </w:pPr>
            <w:r/>
            <w:r>
              <w:rPr>
                <w:rFonts w:ascii="Arial" w:hAnsi="Arial"/>
                <w:b/>
                <w:color w:val="0A2540"/>
                <w:sz w:val="18"/>
              </w:rPr>
              <w:t>Nilai (Rp)</w:t>
            </w:r>
          </w:p>
        </w:tc>
      </w:tr>
      <w:tr>
        <w:tc>
          <w:tcPr>
            <w:tcW w:type="dxa" w:w="1474"/>
          </w:tcPr>
          <w:p>
            <w:pPr>
              <w:spacing w:after="20"/>
            </w:pPr>
            <w:r/>
            <w:r>
              <w:rPr>
                <w:rFonts w:ascii="Arial" w:hAnsi="Arial"/>
                <w:b w:val="0"/>
                <w:color w:val="0A2540"/>
                <w:sz w:val="18"/>
              </w:rPr>
              <w:t>1</w:t>
            </w:r>
          </w:p>
        </w:tc>
        <w:tc>
          <w:tcPr>
            <w:tcW w:type="dxa" w:w="5669"/>
          </w:tcPr>
          <w:p>
            <w:pPr>
              <w:spacing w:after="20"/>
            </w:pPr>
            <w:r/>
            <w:r>
              <w:rPr>
                <w:rFonts w:ascii="Arial" w:hAnsi="Arial"/>
                <w:b w:val="0"/>
                <w:color w:val="0A2540"/>
                <w:sz w:val="18"/>
              </w:rPr>
            </w:r>
          </w:p>
        </w:tc>
        <w:tc>
          <w:tcPr>
            <w:tcW w:type="dxa" w:w="2608"/>
          </w:tcPr>
          <w:p>
            <w:pPr>
              <w:spacing w:after="20"/>
            </w:pPr>
            <w:r/>
            <w:r>
              <w:rPr>
                <w:rFonts w:ascii="Arial" w:hAnsi="Arial"/>
                <w:b w:val="0"/>
                <w:color w:val="0A2540"/>
                <w:sz w:val="18"/>
              </w:rPr>
            </w:r>
          </w:p>
        </w:tc>
      </w:tr>
      <w:tr>
        <w:tc>
          <w:tcPr>
            <w:tcW w:type="dxa" w:w="1474"/>
          </w:tcPr>
          <w:p>
            <w:pPr>
              <w:spacing w:after="20"/>
            </w:pPr>
            <w:r/>
            <w:r>
              <w:rPr>
                <w:rFonts w:ascii="Arial" w:hAnsi="Arial"/>
                <w:b w:val="0"/>
                <w:color w:val="0A2540"/>
                <w:sz w:val="18"/>
              </w:rPr>
              <w:t>2</w:t>
            </w:r>
          </w:p>
        </w:tc>
        <w:tc>
          <w:tcPr>
            <w:tcW w:type="dxa" w:w="5669"/>
          </w:tcPr>
          <w:p>
            <w:pPr>
              <w:spacing w:after="20"/>
            </w:pPr>
            <w:r/>
            <w:r>
              <w:rPr>
                <w:rFonts w:ascii="Arial" w:hAnsi="Arial"/>
                <w:b w:val="0"/>
                <w:color w:val="0A2540"/>
                <w:sz w:val="18"/>
              </w:rPr>
            </w:r>
          </w:p>
        </w:tc>
        <w:tc>
          <w:tcPr>
            <w:tcW w:type="dxa" w:w="2608"/>
          </w:tcPr>
          <w:p>
            <w:pPr>
              <w:spacing w:after="20"/>
            </w:pPr>
            <w:r/>
            <w:r>
              <w:rPr>
                <w:rFonts w:ascii="Arial" w:hAnsi="Arial"/>
                <w:b w:val="0"/>
                <w:color w:val="0A2540"/>
                <w:sz w:val="18"/>
              </w:rPr>
            </w:r>
          </w:p>
        </w:tc>
      </w:tr>
      <w:tr>
        <w:tc>
          <w:tcPr>
            <w:tcW w:type="dxa" w:w="1474"/>
          </w:tcPr>
          <w:p>
            <w:pPr>
              <w:spacing w:after="20"/>
            </w:pPr>
            <w:r/>
            <w:r>
              <w:rPr>
                <w:rFonts w:ascii="Arial" w:hAnsi="Arial"/>
                <w:b w:val="0"/>
                <w:color w:val="0A2540"/>
                <w:sz w:val="18"/>
              </w:rPr>
              <w:t>3</w:t>
            </w:r>
          </w:p>
        </w:tc>
        <w:tc>
          <w:tcPr>
            <w:tcW w:type="dxa" w:w="5669"/>
          </w:tcPr>
          <w:p>
            <w:pPr>
              <w:spacing w:after="20"/>
            </w:pPr>
            <w:r/>
            <w:r>
              <w:rPr>
                <w:rFonts w:ascii="Arial" w:hAnsi="Arial"/>
                <w:b w:val="0"/>
                <w:color w:val="0A2540"/>
                <w:sz w:val="18"/>
              </w:rPr>
            </w:r>
          </w:p>
        </w:tc>
        <w:tc>
          <w:tcPr>
            <w:tcW w:type="dxa" w:w="2608"/>
          </w:tcPr>
          <w:p>
            <w:pPr>
              <w:spacing w:after="20"/>
            </w:pPr>
            <w:r/>
            <w:r>
              <w:rPr>
                <w:rFonts w:ascii="Arial" w:hAnsi="Arial"/>
                <w:b w:val="0"/>
                <w:color w:val="0A2540"/>
                <w:sz w:val="18"/>
              </w:rPr>
            </w:r>
          </w:p>
        </w:tc>
      </w:tr>
      <w:tr>
        <w:tc>
          <w:tcPr>
            <w:tcW w:type="dxa" w:w="1474"/>
          </w:tcPr>
          <w:p/>
        </w:tc>
        <w:tc>
          <w:tcPr>
            <w:tcW w:type="dxa" w:w="5669"/>
          </w:tcPr>
          <w:p>
            <w:pPr>
              <w:spacing w:after="20"/>
            </w:pPr>
            <w:r/>
            <w:r>
              <w:rPr>
                <w:rFonts w:ascii="Arial" w:hAnsi="Arial"/>
                <w:b/>
                <w:color w:val="0A2540"/>
                <w:sz w:val="18"/>
              </w:rPr>
              <w:t>Total termin yang sudah ditutup</w:t>
            </w:r>
          </w:p>
        </w:tc>
        <w:tc>
          <w:tcPr>
            <w:tcW w:type="dxa" w:w="2608"/>
          </w:tcPr>
          <w:p>
            <w:pPr>
              <w:spacing w:after="20"/>
            </w:pPr>
            <w:r/>
            <w:r>
              <w:rPr>
                <w:rFonts w:ascii="Arial" w:hAnsi="Arial"/>
                <w:b w:val="0"/>
                <w:color w:val="0A2540"/>
                <w:sz w:val="18"/>
              </w:rPr>
            </w:r>
          </w:p>
        </w:tc>
      </w:tr>
    </w:tbl>
    <w:p>
      <w:pPr>
        <w:spacing w:after="120"/>
      </w:pPr>
      <w:r>
        <w:rPr>
          <w:rFonts w:ascii="Arial" w:hAnsi="Arial"/>
          <w:b w:val="0"/>
          <w:i w:val="0"/>
          <w:color w:val="0A2540"/>
          <w:sz w:val="20"/>
        </w:rPr>
      </w:r>
    </w:p>
    <w:tbl>
      <w:tblPr>
        <w:tblStyle w:val="TableGrid"/>
        <w:tblW w:type="auto" w:w="0"/>
        <w:tblLook w:firstColumn="1" w:firstRow="1" w:lastColumn="0" w:lastRow="0" w:noHBand="0" w:noVBand="1" w:val="04A0"/>
        <w:tblLayout w:type="fixed"/>
      </w:tblPr>
      <w:tblGrid>
        <w:gridCol w:w="3402"/>
        <w:gridCol w:w="6350"/>
      </w:tblGrid>
      <w:tr>
        <w:tc>
          <w:tcPr>
            <w:tcW w:type="dxa" w:w="3402"/>
          </w:tcPr>
          <w:p>
            <w:pPr>
              <w:spacing w:after="20"/>
            </w:pPr>
            <w:r/>
            <w:r>
              <w:rPr>
                <w:rFonts w:ascii="Arial" w:hAnsi="Arial"/>
                <w:b/>
                <w:color w:val="0A2540"/>
                <w:sz w:val="18"/>
              </w:rPr>
              <w:t>Masa pemeliharaan</w:t>
            </w:r>
          </w:p>
        </w:tc>
        <w:tc>
          <w:tcPr>
            <w:tcW w:type="dxa" w:w="6350"/>
          </w:tcPr>
          <w:p>
            <w:pPr>
              <w:spacing w:after="20"/>
            </w:pPr>
            <w:r/>
            <w:r>
              <w:rPr>
                <w:rFonts w:ascii="Arial" w:hAnsi="Arial"/>
                <w:b w:val="0"/>
                <w:color w:val="5B6675"/>
                <w:sz w:val="18"/>
              </w:rPr>
              <w:t>[mis. 90] hari sejak tanggal berita acara ini</w:t>
            </w:r>
          </w:p>
        </w:tc>
      </w:tr>
      <w:tr>
        <w:tc>
          <w:tcPr>
            <w:tcW w:type="dxa" w:w="3402"/>
          </w:tcPr>
          <w:p>
            <w:pPr>
              <w:spacing w:after="20"/>
            </w:pPr>
            <w:r/>
            <w:r>
              <w:rPr>
                <w:rFonts w:ascii="Arial" w:hAnsi="Arial"/>
                <w:b/>
                <w:color w:val="0A2540"/>
                <w:sz w:val="18"/>
              </w:rPr>
              <w:t>Berakhir pada tanggal</w:t>
            </w:r>
          </w:p>
        </w:tc>
        <w:tc>
          <w:tcPr>
            <w:tcW w:type="dxa" w:w="6350"/>
          </w:tcPr>
          <w:p>
            <w:pPr>
              <w:spacing w:after="20"/>
            </w:pPr>
            <w:r/>
            <w:r>
              <w:rPr>
                <w:rFonts w:ascii="Arial" w:hAnsi="Arial"/>
                <w:b w:val="0"/>
                <w:color w:val="5B6675"/>
                <w:sz w:val="18"/>
              </w:rPr>
              <w:t>[DD/MM/YYYY]</w:t>
            </w:r>
          </w:p>
        </w:tc>
      </w:tr>
    </w:tbl>
    <w:p>
      <w:pPr>
        <w:spacing w:after="160"/>
      </w:pPr>
      <w:r>
        <w:rPr>
          <w:rFonts w:ascii="Arial" w:hAnsi="Arial"/>
          <w:b w:val="0"/>
          <w:i w:val="0"/>
          <w:color w:val="5B6675"/>
          <w:sz w:val="16"/>
        </w:rPr>
        <w:t>Angka masa pemeliharaan mengikuti kontrak atau kesepakatanmu — cek dulu ke sana, jangan mengarang.</w:t>
      </w:r>
    </w:p>
    <w:p>
      <w:pPr>
        <w:spacing w:after="60"/>
      </w:pPr>
      <w:r>
        <w:rPr>
          <w:rFonts w:ascii="Arial" w:hAnsi="Arial"/>
          <w:b/>
          <w:i w:val="0"/>
          <w:color w:val="0A2540"/>
          <w:sz w:val="19"/>
        </w:rPr>
        <w:t>CATATAN / DAFTAR PERBAIKAN</w:t>
      </w:r>
    </w:p>
    <w:tbl>
      <w:tblPr>
        <w:tblStyle w:val="TableGrid"/>
        <w:tblW w:type="auto" w:w="0"/>
        <w:tblLook w:firstColumn="1" w:firstRow="1" w:lastColumn="0" w:lastRow="0" w:noHBand="0" w:noVBand="1" w:val="04A0"/>
        <w:tblLayout w:type="fixed"/>
      </w:tblPr>
      <w:tblGrid>
        <w:gridCol w:w="907"/>
        <w:gridCol w:w="6237"/>
        <w:gridCol w:w="2608"/>
      </w:tblGrid>
      <w:tr>
        <w:tc>
          <w:tcPr>
            <w:tcW w:type="dxa" w:w="907"/>
          </w:tcPr>
          <w:p>
            <w:pPr>
              <w:spacing w:after="20"/>
            </w:pPr>
            <w:r/>
            <w:r>
              <w:rPr>
                <w:rFonts w:ascii="Arial" w:hAnsi="Arial"/>
                <w:b/>
                <w:color w:val="0A2540"/>
                <w:sz w:val="18"/>
              </w:rPr>
              <w:t>No</w:t>
            </w:r>
          </w:p>
        </w:tc>
        <w:tc>
          <w:tcPr>
            <w:tcW w:type="dxa" w:w="6236"/>
          </w:tcPr>
          <w:p>
            <w:pPr>
              <w:spacing w:after="20"/>
            </w:pPr>
            <w:r/>
            <w:r>
              <w:rPr>
                <w:rFonts w:ascii="Arial" w:hAnsi="Arial"/>
                <w:b/>
                <w:color w:val="0A2540"/>
                <w:sz w:val="18"/>
              </w:rPr>
              <w:t>Uraian perbaikan</w:t>
            </w:r>
          </w:p>
        </w:tc>
        <w:tc>
          <w:tcPr>
            <w:tcW w:type="dxa" w:w="2608"/>
          </w:tcPr>
          <w:p>
            <w:pPr>
              <w:spacing w:after="20"/>
            </w:pPr>
            <w:r/>
            <w:r>
              <w:rPr>
                <w:rFonts w:ascii="Arial" w:hAnsi="Arial"/>
                <w:b/>
                <w:color w:val="0A2540"/>
                <w:sz w:val="18"/>
              </w:rPr>
              <w:t>Target tanggal selesai</w:t>
            </w:r>
          </w:p>
        </w:tc>
      </w:tr>
      <w:tr>
        <w:trPr>
          <w:trHeight w:val="400"/>
        </w:trPr>
        <w:tc>
          <w:tcPr>
            <w:tcW w:type="dxa" w:w="907"/>
          </w:tcPr>
          <w:p>
            <w:pPr>
              <w:spacing w:after="20"/>
            </w:pPr>
            <w:r/>
            <w:r>
              <w:rPr>
                <w:rFonts w:ascii="Arial" w:hAnsi="Arial"/>
                <w:b w:val="0"/>
                <w:color w:val="0A2540"/>
                <w:sz w:val="18"/>
              </w:rPr>
              <w:t>1</w:t>
            </w:r>
          </w:p>
        </w:tc>
        <w:tc>
          <w:tcPr>
            <w:tcW w:type="dxa" w:w="6236"/>
          </w:tcPr>
          <w:p>
            <w:pPr>
              <w:spacing w:after="20"/>
            </w:pPr>
            <w:r/>
            <w:r>
              <w:rPr>
                <w:rFonts w:ascii="Arial" w:hAnsi="Arial"/>
                <w:b w:val="0"/>
                <w:color w:val="0A2540"/>
                <w:sz w:val="18"/>
              </w:rPr>
            </w:r>
          </w:p>
        </w:tc>
        <w:tc>
          <w:tcPr>
            <w:tcW w:type="dxa" w:w="2608"/>
          </w:tcPr>
          <w:p>
            <w:pPr>
              <w:spacing w:after="20"/>
            </w:pPr>
            <w:r/>
            <w:r>
              <w:rPr>
                <w:rFonts w:ascii="Arial" w:hAnsi="Arial"/>
                <w:b w:val="0"/>
                <w:color w:val="0A2540"/>
                <w:sz w:val="18"/>
              </w:rPr>
            </w:r>
          </w:p>
        </w:tc>
      </w:tr>
      <w:tr>
        <w:trPr>
          <w:trHeight w:val="400"/>
        </w:trPr>
        <w:tc>
          <w:tcPr>
            <w:tcW w:type="dxa" w:w="907"/>
          </w:tcPr>
          <w:p>
            <w:pPr>
              <w:spacing w:after="20"/>
            </w:pPr>
            <w:r/>
            <w:r>
              <w:rPr>
                <w:rFonts w:ascii="Arial" w:hAnsi="Arial"/>
                <w:b w:val="0"/>
                <w:color w:val="0A2540"/>
                <w:sz w:val="18"/>
              </w:rPr>
              <w:t>2</w:t>
            </w:r>
          </w:p>
        </w:tc>
        <w:tc>
          <w:tcPr>
            <w:tcW w:type="dxa" w:w="6236"/>
          </w:tcPr>
          <w:p>
            <w:pPr>
              <w:spacing w:after="20"/>
            </w:pPr>
            <w:r/>
            <w:r>
              <w:rPr>
                <w:rFonts w:ascii="Arial" w:hAnsi="Arial"/>
                <w:b w:val="0"/>
                <w:color w:val="0A2540"/>
                <w:sz w:val="18"/>
              </w:rPr>
            </w:r>
          </w:p>
        </w:tc>
        <w:tc>
          <w:tcPr>
            <w:tcW w:type="dxa" w:w="2608"/>
          </w:tcPr>
          <w:p>
            <w:pPr>
              <w:spacing w:after="20"/>
            </w:pPr>
            <w:r/>
            <w:r>
              <w:rPr>
                <w:rFonts w:ascii="Arial" w:hAnsi="Arial"/>
                <w:b w:val="0"/>
                <w:color w:val="0A2540"/>
                <w:sz w:val="18"/>
              </w:rPr>
            </w:r>
          </w:p>
        </w:tc>
      </w:tr>
      <w:tr>
        <w:trPr>
          <w:trHeight w:val="400"/>
        </w:trPr>
        <w:tc>
          <w:tcPr>
            <w:tcW w:type="dxa" w:w="907"/>
          </w:tcPr>
          <w:p>
            <w:pPr>
              <w:spacing w:after="20"/>
            </w:pPr>
            <w:r/>
            <w:r>
              <w:rPr>
                <w:rFonts w:ascii="Arial" w:hAnsi="Arial"/>
                <w:b w:val="0"/>
                <w:color w:val="0A2540"/>
                <w:sz w:val="18"/>
              </w:rPr>
              <w:t>3</w:t>
            </w:r>
          </w:p>
        </w:tc>
        <w:tc>
          <w:tcPr>
            <w:tcW w:type="dxa" w:w="6236"/>
          </w:tcPr>
          <w:p>
            <w:pPr>
              <w:spacing w:after="20"/>
            </w:pPr>
            <w:r/>
            <w:r>
              <w:rPr>
                <w:rFonts w:ascii="Arial" w:hAnsi="Arial"/>
                <w:b w:val="0"/>
                <w:color w:val="0A2540"/>
                <w:sz w:val="18"/>
              </w:rPr>
            </w:r>
          </w:p>
        </w:tc>
        <w:tc>
          <w:tcPr>
            <w:tcW w:type="dxa" w:w="2608"/>
          </w:tcPr>
          <w:p>
            <w:pPr>
              <w:spacing w:after="20"/>
            </w:pPr>
            <w:r/>
            <w:r>
              <w:rPr>
                <w:rFonts w:ascii="Arial" w:hAnsi="Arial"/>
                <w:b w:val="0"/>
                <w:color w:val="0A2540"/>
                <w:sz w:val="18"/>
              </w:rPr>
            </w:r>
          </w:p>
        </w:tc>
      </w:tr>
      <w:tr>
        <w:trPr>
          <w:trHeight w:val="400"/>
        </w:trPr>
        <w:tc>
          <w:tcPr>
            <w:tcW w:type="dxa" w:w="907"/>
          </w:tcPr>
          <w:p>
            <w:pPr>
              <w:spacing w:after="20"/>
            </w:pPr>
            <w:r/>
            <w:r>
              <w:rPr>
                <w:rFonts w:ascii="Arial" w:hAnsi="Arial"/>
                <w:b w:val="0"/>
                <w:color w:val="0A2540"/>
                <w:sz w:val="18"/>
              </w:rPr>
              <w:t>4</w:t>
            </w:r>
          </w:p>
        </w:tc>
        <w:tc>
          <w:tcPr>
            <w:tcW w:type="dxa" w:w="6236"/>
          </w:tcPr>
          <w:p>
            <w:pPr>
              <w:spacing w:after="20"/>
            </w:pPr>
            <w:r/>
            <w:r>
              <w:rPr>
                <w:rFonts w:ascii="Arial" w:hAnsi="Arial"/>
                <w:b w:val="0"/>
                <w:color w:val="0A2540"/>
                <w:sz w:val="18"/>
              </w:rPr>
            </w:r>
          </w:p>
        </w:tc>
        <w:tc>
          <w:tcPr>
            <w:tcW w:type="dxa" w:w="2608"/>
          </w:tcPr>
          <w:p>
            <w:pPr>
              <w:spacing w:after="20"/>
            </w:pPr>
            <w:r/>
            <w:r>
              <w:rPr>
                <w:rFonts w:ascii="Arial" w:hAnsi="Arial"/>
                <w:b w:val="0"/>
                <w:color w:val="0A2540"/>
                <w:sz w:val="18"/>
              </w:rPr>
            </w:r>
          </w:p>
        </w:tc>
      </w:tr>
    </w:tbl>
    <w:p>
      <w:pPr>
        <w:spacing w:after="120"/>
      </w:pPr>
      <w:r>
        <w:rPr>
          <w:rFonts w:ascii="Arial" w:hAnsi="Arial"/>
          <w:b w:val="0"/>
          <w:i w:val="0"/>
          <w:color w:val="0A2540"/>
          <w:sz w:val="20"/>
        </w:rPr>
      </w:r>
    </w:p>
    <w:p>
      <w:pPr>
        <w:spacing w:after="200"/>
      </w:pPr>
      <w:r>
        <w:rPr>
          <w:rFonts w:ascii="Arial" w:hAnsi="Arial"/>
          <w:b w:val="0"/>
          <w:i w:val="0"/>
          <w:color w:val="B45309"/>
          <w:sz w:val="17"/>
        </w:rPr>
        <w:t>Catatan: Kalau masih ada yang perlu dirapikan, tulis di daftar perbaikan beserta tanggal targetnya lalu tetap teken. Menahan tanda tangan karena satu-dua hal kecil justru menahan pembayaran untuk pekerjaan yang hampir seluruhnya sudah selesai.</w:t>
      </w:r>
    </w:p>
    <w:p>
      <w:pPr>
        <w:spacing w:after="200"/>
      </w:pPr>
      <w:r>
        <w:rPr>
          <w:rFonts w:ascii="Arial" w:hAnsi="Arial"/>
          <w:b w:val="0"/>
          <w:i w:val="0"/>
          <w:color w:val="0A2540"/>
          <w:sz w:val="18"/>
        </w:rPr>
        <w:t>Berita acara ini dibuat dalam 2 (dua) rangkap, masing-masing mempunyai kekuatan yang sama, untuk dipergunakan sebagaimana mestinya.</w:t>
      </w:r>
    </w:p>
    <w:tbl>
      <w:tblPr>
        <w:tblW w:type="auto" w:w="0"/>
        <w:tblLook w:firstColumn="1" w:firstRow="1" w:lastColumn="0" w:lastRow="0" w:noHBand="0" w:noVBand="1" w:val="04A0"/>
      </w:tblPr>
      <w:tblGrid>
        <w:gridCol w:w="3400"/>
        <w:gridCol w:w="3400"/>
        <w:gridCol w:w="3400"/>
      </w:tblGrid>
      <w:tr>
        <w:tc>
          <w:tcPr>
            <w:tcW w:type="dxa" w:w="3400"/>
          </w:tcPr>
          <w:p>
            <w:pPr>
              <w:spacing w:after="20"/>
            </w:pPr>
            <w:r/>
            <w:r>
              <w:rPr>
                <w:rFonts w:ascii="Arial" w:hAnsi="Arial"/>
                <w:b/>
                <w:color w:val="0A2540"/>
                <w:sz w:val="18"/>
              </w:rPr>
              <w:t>PIHAK PERTAMA</w:t>
            </w:r>
          </w:p>
        </w:tc>
        <w:tc>
          <w:tcPr>
            <w:tcW w:type="dxa" w:w="3400"/>
          </w:tcPr>
          <w:p>
            <w:pPr>
              <w:spacing w:after="20"/>
            </w:pPr>
            <w:r/>
            <w:r>
              <w:rPr>
                <w:rFonts w:ascii="Arial" w:hAnsi="Arial"/>
                <w:b/>
                <w:color w:val="0A2540"/>
                <w:sz w:val="18"/>
              </w:rPr>
              <w:t>PIHAK KEDUA</w:t>
            </w:r>
          </w:p>
        </w:tc>
        <w:tc>
          <w:tcPr>
            <w:tcW w:type="dxa" w:w="3400"/>
          </w:tcPr>
          <w:p>
            <w:pPr>
              <w:spacing w:after="20"/>
            </w:pPr>
            <w:r/>
            <w:r>
              <w:rPr>
                <w:rFonts w:ascii="Arial" w:hAnsi="Arial"/>
                <w:b/>
                <w:color w:val="0A2540"/>
                <w:sz w:val="18"/>
              </w:rPr>
              <w:t>SAKSI (opsional)</w:t>
            </w:r>
          </w:p>
        </w:tc>
      </w:tr>
      <w:tr>
        <w:tc>
          <w:tcPr>
            <w:tcW w:type="dxa" w:w="3400"/>
          </w:tcPr>
          <w:p>
            <w:pPr>
              <w:spacing w:after="20"/>
            </w:pPr>
            <w:r/>
            <w:r>
              <w:rPr>
                <w:rFonts w:ascii="Arial" w:hAnsi="Arial"/>
                <w:b w:val="0"/>
                <w:color w:val="5B6675"/>
                <w:sz w:val="16"/>
              </w:rPr>
              <w:t>Yang menyerahkan</w:t>
            </w:r>
          </w:p>
        </w:tc>
        <w:tc>
          <w:tcPr>
            <w:tcW w:type="dxa" w:w="3400"/>
          </w:tcPr>
          <w:p>
            <w:pPr>
              <w:spacing w:after="20"/>
            </w:pPr>
            <w:r/>
            <w:r>
              <w:rPr>
                <w:rFonts w:ascii="Arial" w:hAnsi="Arial"/>
                <w:b w:val="0"/>
                <w:color w:val="5B6675"/>
                <w:sz w:val="16"/>
              </w:rPr>
              <w:t>Yang menerima</w:t>
            </w:r>
          </w:p>
        </w:tc>
        <w:tc>
          <w:tcPr>
            <w:tcW w:type="dxa" w:w="3400"/>
          </w:tcPr>
          <w:p>
            <w:pPr>
              <w:spacing w:after="20"/>
            </w:pPr>
            <w:r/>
            <w:r>
              <w:rPr>
                <w:rFonts w:ascii="Arial" w:hAnsi="Arial"/>
                <w:b w:val="0"/>
                <w:color w:val="5B6675"/>
                <w:sz w:val="16"/>
              </w:rPr>
              <w:t>Kalau diperlukan</w:t>
            </w:r>
          </w:p>
        </w:tc>
      </w:tr>
      <w:tr>
        <w:tc>
          <w:tcPr>
            <w:tcW w:type="dxa" w:w="3400"/>
          </w:tcPr>
          <w:p>
            <w:pPr>
              <w:spacing w:after="20"/>
            </w:pPr>
            <w:r/>
            <w:r>
              <w:rPr>
                <w:rFonts w:ascii="Arial" w:hAnsi="Arial"/>
                <w:b w:val="0"/>
                <w:color w:val="0A2540"/>
                <w:sz w:val="18"/>
              </w:rPr>
              <w:br/>
              <w:br/>
              <w:t>(______________________)</w:t>
            </w:r>
          </w:p>
        </w:tc>
        <w:tc>
          <w:tcPr>
            <w:tcW w:type="dxa" w:w="3400"/>
          </w:tcPr>
          <w:p>
            <w:pPr>
              <w:spacing w:after="20"/>
            </w:pPr>
            <w:r/>
            <w:r>
              <w:rPr>
                <w:rFonts w:ascii="Arial" w:hAnsi="Arial"/>
                <w:b w:val="0"/>
                <w:color w:val="0A2540"/>
                <w:sz w:val="18"/>
              </w:rPr>
              <w:br/>
              <w:br/>
              <w:t>(______________________)</w:t>
            </w:r>
          </w:p>
        </w:tc>
        <w:tc>
          <w:tcPr>
            <w:tcW w:type="dxa" w:w="3400"/>
          </w:tcPr>
          <w:p>
            <w:pPr>
              <w:spacing w:after="20"/>
            </w:pPr>
            <w:r/>
            <w:r>
              <w:rPr>
                <w:rFonts w:ascii="Arial" w:hAnsi="Arial"/>
                <w:b w:val="0"/>
                <w:color w:val="0A2540"/>
                <w:sz w:val="18"/>
              </w:rPr>
              <w:br/>
              <w:br/>
              <w:t>(______________________)</w:t>
            </w:r>
          </w:p>
        </w:tc>
      </w:tr>
      <w:tr>
        <w:tc>
          <w:tcPr>
            <w:tcW w:type="dxa" w:w="3400"/>
          </w:tcPr>
          <w:p>
            <w:pPr>
              <w:spacing w:after="20"/>
            </w:pPr>
            <w:r/>
            <w:r>
              <w:rPr>
                <w:rFonts w:ascii="Arial" w:hAnsi="Arial"/>
                <w:b w:val="0"/>
                <w:color w:val="5B6675"/>
                <w:sz w:val="16"/>
              </w:rPr>
              <w:t>Nama jelas &amp; jabatan</w:t>
            </w:r>
          </w:p>
        </w:tc>
        <w:tc>
          <w:tcPr>
            <w:tcW w:type="dxa" w:w="3400"/>
          </w:tcPr>
          <w:p>
            <w:pPr>
              <w:spacing w:after="20"/>
            </w:pPr>
            <w:r/>
            <w:r>
              <w:rPr>
                <w:rFonts w:ascii="Arial" w:hAnsi="Arial"/>
                <w:b w:val="0"/>
                <w:color w:val="5B6675"/>
                <w:sz w:val="16"/>
              </w:rPr>
              <w:t>Nama jelas &amp; jabatan</w:t>
            </w:r>
          </w:p>
        </w:tc>
        <w:tc>
          <w:tcPr>
            <w:tcW w:type="dxa" w:w="3400"/>
          </w:tcPr>
          <w:p>
            <w:pPr>
              <w:spacing w:after="20"/>
            </w:pPr>
            <w:r/>
            <w:r>
              <w:rPr>
                <w:rFonts w:ascii="Arial" w:hAnsi="Arial"/>
                <w:b w:val="0"/>
                <w:color w:val="5B6675"/>
                <w:sz w:val="16"/>
              </w:rPr>
              <w:t>Nama jelas &amp; jabatan</w:t>
            </w:r>
          </w:p>
        </w:tc>
      </w:tr>
    </w:tbl>
    <w:p>
      <w:pPr>
        <w:spacing w:after="40"/>
      </w:pPr>
      <w:r>
        <w:rPr>
          <w:rFonts w:ascii="Arial" w:hAnsi="Arial"/>
          <w:b w:val="0"/>
          <w:i w:val="0"/>
          <w:color w:val="5B6675"/>
          <w:sz w:val="16"/>
        </w:rPr>
        <w:t>Kolom saksi bersifat opsional — isi hanya kalau nilai serah-terimanya besar atau kontrakmu memintanya. Kalau tidak perlu, kosongkan atau hapus kolomnya.</w:t>
      </w:r>
    </w:p>
    <w:p>
      <w:pPr>
        <w:spacing w:after="200"/>
      </w:pPr>
      <w:r>
        <w:rPr>
          <w:rFonts w:ascii="Arial" w:hAnsi="Arial"/>
          <w:b w:val="0"/>
          <w:i w:val="0"/>
          <w:color w:val="5B6675"/>
          <w:sz w:val="16"/>
        </w:rPr>
        <w:t>Pola nomor: BAST-2026-0021 (sederhana) atau 021/BAST/UMJ/VII/2026 (formal). Untuk pekerjaan bertahap tambahkan -1 dan -2 pada nomor yang sama.</w:t>
      </w:r>
    </w:p>
    <w:p>
      <w:pPr>
        <w:spacing w:after="0"/>
        <w:jc w:val="center"/>
      </w:pPr>
      <w:r>
        <w:rPr>
          <w:rFonts w:ascii="Arial" w:hAnsi="Arial"/>
          <w:b w:val="0"/>
          <w:i w:val="0"/>
          <w:color w:val="5B6675"/>
          <w:sz w:val="16"/>
        </w:rPr>
        <w:t>Template gratis dari Niagawan — niagawan.com</w:t>
      </w:r>
    </w:p>
    <w:sectPr w:rsidR="00FC693F" w:rsidRPr="0006063C" w:rsidSect="00034616">
      <w:pgSz w:w="12240" w:h="15840"/>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