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A2540"/>
          <w:sz w:val="52"/>
        </w:rPr>
        <w:t>CREDIT NOTE</w:t>
      </w:r>
    </w:p>
    <w:p>
      <w:r>
        <w:rPr>
          <w:color w:val="5B6675"/>
          <w:sz w:val="19"/>
        </w:rPr>
        <w:t>Reduces an invoice already issued  ·  Malaysia  ·  RM</w:t>
      </w:r>
    </w:p>
    <w:p>
      <w:r>
        <w:rPr>
          <w:b/>
          <w:color w:val="8A6100"/>
          <w:sz w:val="17"/>
        </w:rPr>
        <w:t>THIS REDUCES WHAT IS OWED - it is not a request for payment, and it does not delete the original invoice</w:t>
      </w:r>
    </w:p>
    <w:p/>
    <w:tbl>
      <w:tblPr>
        <w:tblW w:type="auto" w:w="0"/>
        <w:jc w:val="left"/>
        <w:tblLook w:firstColumn="1" w:firstRow="1" w:lastColumn="0" w:lastRow="0" w:noHBand="0" w:noVBand="1" w:val="04A0"/>
      </w:tblPr>
      <w:tblGrid>
        <w:gridCol w:w="5112"/>
        <w:gridCol w:w="5112"/>
      </w:tblGrid>
      <w:tr>
        <w:tc>
          <w:tcPr>
            <w:tcW w:type="dxa" w:w="5112"/>
          </w:tcPr>
          <w:p>
            <w:r>
              <w:rPr>
                <w:b/>
                <w:color w:val="0A2540"/>
                <w:sz w:val="19"/>
              </w:rPr>
              <w:t>Business name / address / tel</w:t>
            </w:r>
          </w:p>
        </w:tc>
        <w:tc>
          <w:tcPr>
            <w:tcW w:type="dxa" w:w="5112"/>
          </w:tcPr>
          <w:p>
            <w:r>
              <w:rPr>
                <w:color w:val="5B6675"/>
                <w:sz w:val="19"/>
              </w:rPr>
              <w:t>________________________________________</w:t>
            </w:r>
          </w:p>
        </w:tc>
      </w:tr>
      <w:tr>
        <w:tc>
          <w:tcPr>
            <w:tcW w:type="dxa" w:w="5112"/>
          </w:tcPr>
          <w:p>
            <w:r>
              <w:rPr>
                <w:b/>
                <w:color w:val="0A2540"/>
                <w:sz w:val="19"/>
              </w:rPr>
              <w:t>SSM registration no.</w:t>
            </w:r>
          </w:p>
        </w:tc>
        <w:tc>
          <w:tcPr>
            <w:tcW w:type="dxa" w:w="5112"/>
          </w:tcPr>
          <w:p>
            <w:r>
              <w:rPr>
                <w:color w:val="5B6675"/>
                <w:sz w:val="19"/>
              </w:rPr>
              <w:t>________________________________________</w:t>
            </w:r>
          </w:p>
        </w:tc>
      </w:tr>
      <w:tr>
        <w:tc>
          <w:tcPr>
            <w:tcW w:type="dxa" w:w="5112"/>
          </w:tcPr>
          <w:p>
            <w:r>
              <w:rPr>
                <w:b/>
                <w:color w:val="0A2540"/>
                <w:sz w:val="19"/>
              </w:rPr>
              <w:t>Credit note no.  /  Date issued</w:t>
            </w:r>
          </w:p>
        </w:tc>
        <w:tc>
          <w:tcPr>
            <w:tcW w:type="dxa" w:w="5112"/>
          </w:tcPr>
          <w:p>
            <w:r>
              <w:rPr>
                <w:color w:val="5B6675"/>
                <w:sz w:val="19"/>
              </w:rPr>
              <w:t>____________________   /   ____________________</w:t>
            </w:r>
          </w:p>
        </w:tc>
      </w:tr>
      <w:tr>
        <w:tc>
          <w:tcPr>
            <w:tcW w:type="dxa" w:w="5112"/>
          </w:tcPr>
          <w:p>
            <w:r>
              <w:rPr>
                <w:b/>
                <w:color w:val="0A2540"/>
                <w:sz w:val="19"/>
              </w:rPr>
              <w:t>Customer (name and business details)</w:t>
            </w:r>
          </w:p>
        </w:tc>
        <w:tc>
          <w:tcPr>
            <w:tcW w:type="dxa" w:w="5112"/>
          </w:tcPr>
          <w:p>
            <w:r>
              <w:rPr>
                <w:color w:val="5B6675"/>
                <w:sz w:val="19"/>
              </w:rPr>
              <w:t>________________________________________</w:t>
            </w:r>
          </w:p>
        </w:tc>
      </w:tr>
      <w:tr>
        <w:tc>
          <w:tcPr>
            <w:tcW w:type="dxa" w:w="5112"/>
          </w:tcPr>
          <w:p>
            <w:r>
              <w:rPr>
                <w:b/>
                <w:color w:val="B45309"/>
                <w:sz w:val="19"/>
              </w:rPr>
              <w:t>ORIGINAL INVOICE NO.  /  its date</w:t>
            </w:r>
          </w:p>
        </w:tc>
        <w:tc>
          <w:tcPr>
            <w:tcW w:type="dxa" w:w="5112"/>
          </w:tcPr>
          <w:p>
            <w:r>
              <w:rPr>
                <w:color w:val="5B6675"/>
                <w:sz w:val="19"/>
              </w:rPr>
              <w:t>____________________   /   ____________________</w:t>
            </w:r>
          </w:p>
        </w:tc>
      </w:tr>
      <w:tr>
        <w:tc>
          <w:tcPr>
            <w:tcW w:type="dxa" w:w="5112"/>
          </w:tcPr>
          <w:p>
            <w:r>
              <w:rPr>
                <w:b/>
                <w:color w:val="0A2540"/>
                <w:sz w:val="19"/>
              </w:rPr>
              <w:t>Reason for credit</w:t>
            </w:r>
          </w:p>
        </w:tc>
        <w:tc>
          <w:tcPr>
            <w:tcW w:type="dxa" w:w="5112"/>
          </w:tcPr>
          <w:p>
            <w:r>
              <w:rPr>
                <w:color w:val="5B6675"/>
                <w:sz w:val="19"/>
              </w:rPr>
              <w:t>________________________________________</w:t>
            </w:r>
          </w:p>
        </w:tc>
      </w:tr>
    </w:tbl>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shd w:val="clear" w:fill="00AEFF"/>
          </w:tcPr>
          <w:p>
            <w:pPr>
              <w:jc w:val="center"/>
            </w:pPr>
            <w:r>
              <w:rPr>
                <w:b/>
                <w:color w:val="FFFFFF"/>
                <w:sz w:val="19"/>
              </w:rPr>
              <w:t>No.</w:t>
            </w:r>
          </w:p>
        </w:tc>
        <w:tc>
          <w:tcPr>
            <w:tcW w:type="dxa" w:w="2045"/>
            <w:shd w:val="clear" w:fill="00AEFF"/>
          </w:tcPr>
          <w:p>
            <w:pPr>
              <w:jc w:val="center"/>
            </w:pPr>
            <w:r>
              <w:rPr>
                <w:b/>
                <w:color w:val="FFFFFF"/>
                <w:sz w:val="19"/>
              </w:rPr>
              <w:t>Description of goods / services credited</w:t>
            </w:r>
          </w:p>
        </w:tc>
        <w:tc>
          <w:tcPr>
            <w:tcW w:type="dxa" w:w="2045"/>
            <w:shd w:val="clear" w:fill="00AEFF"/>
          </w:tcPr>
          <w:p>
            <w:pPr>
              <w:jc w:val="center"/>
            </w:pPr>
            <w:r>
              <w:rPr>
                <w:b/>
                <w:color w:val="FFFFFF"/>
                <w:sz w:val="19"/>
              </w:rPr>
              <w:t>Qty</w:t>
            </w:r>
          </w:p>
        </w:tc>
        <w:tc>
          <w:tcPr>
            <w:tcW w:type="dxa" w:w="2045"/>
            <w:shd w:val="clear" w:fill="00AEFF"/>
          </w:tcPr>
          <w:p>
            <w:pPr>
              <w:jc w:val="center"/>
            </w:pPr>
            <w:r>
              <w:rPr>
                <w:b/>
                <w:color w:val="FFFFFF"/>
                <w:sz w:val="19"/>
              </w:rPr>
              <w:t>Unit Price (RM)</w:t>
            </w:r>
          </w:p>
        </w:tc>
        <w:tc>
          <w:tcPr>
            <w:tcW w:type="dxa" w:w="2045"/>
            <w:shd w:val="clear" w:fill="00AEFF"/>
          </w:tcPr>
          <w:p>
            <w:pPr>
              <w:jc w:val="center"/>
            </w:pPr>
            <w:r>
              <w:rPr>
                <w:b/>
                <w:color w:val="FFFFFF"/>
                <w:sz w:val="19"/>
              </w:rPr>
              <w:t>Amount (RM)</w:t>
            </w:r>
          </w:p>
        </w:tc>
      </w:tr>
      <w:tr>
        <w:tc>
          <w:tcPr>
            <w:tcW w:type="dxa" w:w="2045"/>
          </w:tcPr>
          <w:p>
            <w:pPr>
              <w:jc w:val="center"/>
            </w:pPr>
            <w:r>
              <w:rPr>
                <w:sz w:val="19"/>
              </w:rPr>
              <w:t>1</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2</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3</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4</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5</w:t>
            </w:r>
          </w:p>
        </w:tc>
        <w:tc>
          <w:tcPr>
            <w:tcW w:type="dxa" w:w="2045"/>
          </w:tcPr>
          <w:p/>
        </w:tc>
        <w:tc>
          <w:tcPr>
            <w:tcW w:type="dxa" w:w="2045"/>
          </w:tcPr>
          <w:p/>
        </w:tc>
        <w:tc>
          <w:tcPr>
            <w:tcW w:type="dxa" w:w="2045"/>
          </w:tcPr>
          <w:p/>
        </w:tc>
        <w:tc>
          <w:tcPr>
            <w:tcW w:type="dxa" w:w="2045"/>
          </w:tcPr>
          <w:p/>
        </w:tc>
      </w:tr>
      <w:tr>
        <w:tc>
          <w:tcPr>
            <w:tcW w:type="dxa" w:w="2045"/>
          </w:tcPr>
          <w:p>
            <w:pPr>
              <w:jc w:val="center"/>
            </w:pPr>
            <w:r>
              <w:rPr>
                <w:sz w:val="19"/>
              </w:rPr>
              <w:t>6</w:t>
            </w:r>
          </w:p>
        </w:tc>
        <w:tc>
          <w:tcPr>
            <w:tcW w:type="dxa" w:w="2045"/>
          </w:tcPr>
          <w:p/>
        </w:tc>
        <w:tc>
          <w:tcPr>
            <w:tcW w:type="dxa" w:w="2045"/>
          </w:tcPr>
          <w:p/>
        </w:tc>
        <w:tc>
          <w:tcPr>
            <w:tcW w:type="dxa" w:w="2045"/>
          </w:tcPr>
          <w:p/>
        </w:tc>
        <w:tc>
          <w:tcPr>
            <w:tcW w:type="dxa" w:w="2045"/>
          </w:tcPr>
          <w:p/>
        </w:tc>
      </w:tr>
      <w:tr>
        <w:tc>
          <w:tcPr>
            <w:tcW w:type="dxa" w:w="2045"/>
          </w:tcPr>
          <w:p/>
        </w:tc>
        <w:tc>
          <w:tcPr>
            <w:tcW w:type="dxa" w:w="2045"/>
          </w:tcPr>
          <w:p/>
        </w:tc>
        <w:tc>
          <w:tcPr>
            <w:tcW w:type="dxa" w:w="2045"/>
          </w:tcPr>
          <w:p/>
        </w:tc>
        <w:tc>
          <w:tcPr>
            <w:tcW w:type="dxa" w:w="2045"/>
          </w:tcPr>
          <w:p>
            <w:pPr>
              <w:jc w:val="right"/>
            </w:pPr>
            <w:r>
              <w:rPr>
                <w:b/>
                <w:color w:val="0A2540"/>
                <w:sz w:val="19"/>
              </w:rPr>
              <w:t>Subtotal credited</w:t>
            </w:r>
          </w:p>
        </w:tc>
        <w:tc>
          <w:tcPr>
            <w:tcW w:type="dxa" w:w="2045"/>
          </w:tcPr>
          <w:p/>
        </w:tc>
      </w:tr>
      <w:tr>
        <w:tc>
          <w:tcPr>
            <w:tcW w:type="dxa" w:w="2045"/>
          </w:tcPr>
          <w:p/>
        </w:tc>
        <w:tc>
          <w:tcPr>
            <w:tcW w:type="dxa" w:w="2045"/>
          </w:tcPr>
          <w:p/>
        </w:tc>
        <w:tc>
          <w:tcPr>
            <w:tcW w:type="dxa" w:w="2045"/>
          </w:tcPr>
          <w:p/>
        </w:tc>
        <w:tc>
          <w:tcPr>
            <w:tcW w:type="dxa" w:w="2045"/>
          </w:tcPr>
          <w:p>
            <w:pPr>
              <w:jc w:val="right"/>
            </w:pPr>
            <w:r>
              <w:rPr>
                <w:b/>
                <w:color w:val="0A2540"/>
                <w:sz w:val="19"/>
              </w:rPr>
              <w:t>SST adjusted (delete this row if the invoice had no SST)</w:t>
            </w:r>
          </w:p>
        </w:tc>
        <w:tc>
          <w:tcPr>
            <w:tcW w:type="dxa" w:w="2045"/>
          </w:tcPr>
          <w:p/>
        </w:tc>
      </w:tr>
      <w:tr>
        <w:tc>
          <w:tcPr>
            <w:tcW w:type="dxa" w:w="2045"/>
          </w:tcPr>
          <w:p/>
        </w:tc>
        <w:tc>
          <w:tcPr>
            <w:tcW w:type="dxa" w:w="2045"/>
          </w:tcPr>
          <w:p/>
        </w:tc>
        <w:tc>
          <w:tcPr>
            <w:tcW w:type="dxa" w:w="2045"/>
          </w:tcPr>
          <w:p/>
        </w:tc>
        <w:tc>
          <w:tcPr>
            <w:tcW w:type="dxa" w:w="2045"/>
            <w:shd w:val="clear" w:fill="E8F6FF"/>
          </w:tcPr>
          <w:p>
            <w:pPr>
              <w:jc w:val="right"/>
            </w:pPr>
            <w:r>
              <w:rPr>
                <w:b/>
                <w:color w:val="0A2540"/>
                <w:sz w:val="19"/>
              </w:rPr>
              <w:t>TOTAL CREDITED</w:t>
            </w:r>
          </w:p>
        </w:tc>
        <w:tc>
          <w:tcPr>
            <w:tcW w:type="dxa" w:w="2045"/>
            <w:shd w:val="clear" w:fill="E8F6FF"/>
          </w:tcPr>
          <w:p/>
        </w:tc>
      </w:tr>
    </w:tbl>
    <w:p/>
    <w:p>
      <w:r>
        <w:rPr>
          <w:b/>
          <w:color w:val="0A2540"/>
          <w:sz w:val="20"/>
        </w:rPr>
        <w:t>EFFECT ON THE CUSTOMER'S BALANCE</w:t>
      </w:r>
    </w:p>
    <w:tbl>
      <w:tblPr>
        <w:tblStyle w:val="TableGrid"/>
        <w:tblW w:type="auto" w:w="0"/>
        <w:tblLook w:firstColumn="1" w:firstRow="1" w:lastColumn="0" w:lastRow="0" w:noHBand="0" w:noVBand="1" w:val="04A0"/>
      </w:tblPr>
      <w:tblGrid>
        <w:gridCol w:w="5112"/>
        <w:gridCol w:w="5112"/>
      </w:tblGrid>
      <w:tr>
        <w:tc>
          <w:tcPr>
            <w:tcW w:type="dxa" w:w="5112"/>
          </w:tcPr>
          <w:p>
            <w:pPr>
              <w:jc w:val="right"/>
            </w:pPr>
            <w:r>
              <w:rPr>
                <w:b/>
                <w:color w:val="0A2540"/>
                <w:sz w:val="19"/>
              </w:rPr>
              <w:t>Original invoice total</w:t>
            </w:r>
          </w:p>
        </w:tc>
        <w:tc>
          <w:tcPr>
            <w:tcW w:type="dxa" w:w="5112"/>
          </w:tcPr>
          <w:p>
            <w:r>
              <w:rPr>
                <w:sz w:val="19"/>
              </w:rPr>
              <w:t>RM ______________</w:t>
            </w:r>
          </w:p>
        </w:tc>
      </w:tr>
      <w:tr>
        <w:tc>
          <w:tcPr>
            <w:tcW w:type="dxa" w:w="5112"/>
          </w:tcPr>
          <w:p>
            <w:pPr>
              <w:jc w:val="right"/>
            </w:pPr>
            <w:r>
              <w:rPr>
                <w:b/>
                <w:color w:val="0A2540"/>
                <w:sz w:val="19"/>
              </w:rPr>
              <w:t>Less: total credited</w:t>
            </w:r>
          </w:p>
        </w:tc>
        <w:tc>
          <w:tcPr>
            <w:tcW w:type="dxa" w:w="5112"/>
          </w:tcPr>
          <w:p>
            <w:r>
              <w:rPr>
                <w:sz w:val="19"/>
              </w:rPr>
              <w:t>RM ______________</w:t>
            </w:r>
          </w:p>
        </w:tc>
      </w:tr>
      <w:tr>
        <w:tc>
          <w:tcPr>
            <w:tcW w:type="dxa" w:w="5112"/>
            <w:shd w:val="clear" w:fill="E8F6FF"/>
          </w:tcPr>
          <w:p>
            <w:pPr>
              <w:jc w:val="right"/>
            </w:pPr>
            <w:r>
              <w:rPr>
                <w:b/>
                <w:color w:val="0A2540"/>
                <w:sz w:val="19"/>
              </w:rPr>
              <w:t>REVISED BALANCE NOW OWED</w:t>
            </w:r>
          </w:p>
        </w:tc>
        <w:tc>
          <w:tcPr>
            <w:tcW w:type="dxa" w:w="5112"/>
            <w:shd w:val="clear" w:fill="E8F6FF"/>
          </w:tcPr>
          <w:p>
            <w:r>
              <w:rPr>
                <w:sz w:val="19"/>
              </w:rPr>
              <w:t>RM ______________</w:t>
            </w:r>
          </w:p>
        </w:tc>
      </w:tr>
    </w:tbl>
    <w:p/>
    <w:p>
      <w:pPr>
        <w:pStyle w:val="ListBullet"/>
      </w:pPr>
      <w:r>
        <w:rPr>
          <w:color w:val="5B6675"/>
          <w:sz w:val="17"/>
        </w:rPr>
        <w:t>Always write the original invoice number. A credit note without it cannot be matched back to anything - it is the single field that turns a correction into a paper trail, and the one most often left blank.</w:t>
      </w:r>
    </w:p>
    <w:p>
      <w:pPr>
        <w:pStyle w:val="ListBullet"/>
      </w:pPr>
      <w:r>
        <w:rPr>
          <w:color w:val="5B6675"/>
          <w:sz w:val="17"/>
        </w:rPr>
        <w:t>Credit note numbers run in their own sequence (CN-2026-0001, CN-2026-0002...), separate from your invoice numbers. If a credit note ever gets folded into the invoice sequence, it becomes much harder to explain which number is which later.</w:t>
      </w:r>
    </w:p>
    <w:p>
      <w:pPr>
        <w:pStyle w:val="ListBullet"/>
      </w:pPr>
      <w:r>
        <w:rPr>
          <w:color w:val="5B6675"/>
          <w:sz w:val="17"/>
        </w:rPr>
        <w:t>Write a specific reason. "2 boxes returned - damaged in transit" is worth something months later; "return" is not. This is the line you will actually read when you reconcile the account.</w:t>
      </w:r>
    </w:p>
    <w:p>
      <w:pPr>
        <w:pStyle w:val="ListBullet"/>
      </w:pPr>
      <w:r>
        <w:rPr>
          <w:color w:val="5B6675"/>
          <w:sz w:val="17"/>
        </w:rPr>
        <w:t>Only show an SST line if the original invoice included SST. Show it as its own line, never folded into the total, so whoever reconciles the accounts can see exactly what was reversed. If a credit note affects a period you have already filed, confirm the correct treatment with RMCD or your accountant first.</w:t>
      </w:r>
    </w:p>
    <w:p>
      <w:pPr>
        <w:pStyle w:val="ListBullet"/>
      </w:pPr>
      <w:r>
        <w:rPr>
          <w:color w:val="5B6675"/>
          <w:sz w:val="17"/>
        </w:rPr>
        <w:t>The original invoice stays as it was issued - you do not edit or delete it. The credit note sits alongside it, and the two are read together.</w:t>
      </w:r>
    </w:p>
    <w:p>
      <w:r>
        <w:rPr>
          <w:i/>
          <w:color w:val="5B6675"/>
          <w:sz w:val="17"/>
        </w:rPr>
        <w:t>Free template from Niagawan - niagawan.com</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